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בחלקי הדיבר, בסמיכות ובשייכות בצירופים ובמשפטים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צורות דקדוקיות דומות: בינוני כפועל מול בינוני כשם, שם הפועל מול 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במספר מונה וסודר בהתאמה למין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טיעוני בטקסט (טענה, נימוק, עובדה ודעה) ולהשתמש באמצעים רטוריים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והתאמה בצירוף – זיהוי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והתאמה בצירוף – התאמה במין, במספר וביידוע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זריזים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אדיביות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והתאמה בצירוף – יצירה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הכולל שלושת חלקי הדיבר, עם התאמה נכונה של התואר לשם העצם במין ובמספר.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 צורות תקינות המתאימות במין ובמספר, כמו: ילד חכם, ילדה חכמה, ילדים חכמים, ילדות חכמות.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הילדות החכמות קראו ספר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היא עונה על השאלה 'איך?' ומתארת את אופן הפעולה, ולא מתארת שם עצם.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צורת הבינוני: פועל בהווה או שם/תואר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בינוני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עושה עכשיו או תמיד?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מי? או איזה?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צורת הבינוני: פועל בהווה או שם/תואר – זיהוי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עונה על השאלה מה איתי עושה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עונה על השאלה מי, ומתווספת לה ה׳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מתארת את המים, כמו שם תואר, ועונה על השאלה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יכולה להיות גם עבר, כמו 'אתמול מאיה רצה בפארק', וההקשר קובע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צורת הבינוני: פועל בהווה או שם/תואר – השלמה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צורת הבינוני: פועל בהווה או שם/תואר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סמיכות, שייכות ותואר הפועל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שני שמות עצם שמתחברים למשמעות אחת, כמו 'גינת הגג'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שאומרת למי שייך משהו, כמו 'שלנו' או 'שלי'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מילה שמתארת איך, מתי או איפה נעשתה הפעולה, כמו 'בזהירות'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סמיכות, שייכות ותואר הפועל – איתור בצירופים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שמות עצם מחוברים למשמעות אחת – גינה של הגג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'בזהירות' מתארת איך נבנתה הגינה, לכן היא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אומרת למי שייכת הגינה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סמיכות, שייכות ותואר הפועל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סמיכות, שייכות ותואר הפועל – חיבור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(תואר לשם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שם הפועל, שם הפעולה ותצורת השם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רמזור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שם הפועל, שם הפעולה ותצורת השם – המרה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שם הפועל, שם הפעולה ותצורת השם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הפועל הוא צורת הפועל הבסיסית עם ל׳ בתחילתה (כמו ללכת), ושם הפעולה הוא שם עצם שמתאר את הפעולה עצמה (כמו הליכה).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ילדות - נוצר מהמילה ילד בתוספת הצורן הסופי -ות.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רמזור הורכב מהמילים 'רמז' ו'אור'.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'אני אוהב לקרוא ספרים' (שם הפועל) / 'הקריאה משמחת אותי' (שם הפעולה).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שם המספר: מונה וסודר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איזה במקום?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שם המספר: מונה וסודר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שם המספר: מונה וסודר – התאמה בין מספר לשם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(מונה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(מונה בנקבה)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(סודר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(סודר בנקבה)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שם המספר: מונה וסודר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 ילדים שיחקו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חמישה ילדים קראו ספר. חמש ילדות קראו 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לפני שם עצם בזכר (שני ספרים), שתי לפני שם עצם בנקבה (שתי מחברות)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טענה, עובדה ודעה ואמצעים רטוריים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מתבססת על נתונים שאפשר לאמת, לדוגמה מידע מדויק או מדיד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מבטאת הערכה או רגש אישי, ולא תמיד ניתן להוכיח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שאלה רטורית נשאלת כדי לעורר מחשבה או רגש, לא כדי לקבל תשובה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הטענה היא העמדה המרכזית שסביבה בנויה כל הפסקה או הנאום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נימוק הוא הסבר או סיבה שנועדו לתמוך בטענה ולחזק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טענה, עובדה ודעה ואמצעים רטוריים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דעה או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הגזמה כאמצעי רטורי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מסביר/ה באמצעות שאלת ׳מי/איזה?׳ מול ׳מה עושה?׳, ולא רק מנחש/ת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התאמה נכונה של ה׳ בזכר (שלושה) והיעדרה בנקבה (שלוש), וכן סודר מתאים במין (שלישי/שלישית)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מצטט/ת בקצרה (לא יותר משמונה מילים) ומבדיל/ה בבירור בין עובדה הניתנת לבדיקה לבין 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לשני עד שלושה שיעורים, פרק או שניים בכל שיעור, בדומה למבנה הסבב של המרכזונים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שיעור במיני-שיעור קצר על ההסבר שבראש הפרק, כפי שנעשה בפתיחת מערכי השיעור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לצמצם את כמות התרגילים בכל פרק ולהוסיף דוגמה מתורגמת או מנוקדת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לעבוד בזוגות או בליווי מבוגר/ת, ולהתמקד תחילה בתרגילי הזיהוי לפני תרגילי הכתיבה החופשית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פתחו את החוברת ועבדו לאט, פרק אחרי פרק. קראו קודם את ההסבר הקטן. אחר כך פתרו את התרגילים ובדקו את התשובות. אם טעיתם – קראו שוב וננסו עוד פעם.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חפץ או רעיון, למשל שומר, 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 ומתאימה לו במין, במספר וביידוע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הפעולה, למשל ׳בזהירות׳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שתי מילים שהראשונה סומכת על השנייה, למשל ׳גינת הגג׳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בהווה, שיכולה לשמש גם שם עצם או שם תואר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שנגזר מפועל ומתאר את הפעולה עצמה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תצורת השם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דרכים ליצירת מילים חדשות: שורש ומשקל, צורן סופי, הלחם או ראשי תיבות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שעונה על השאלה ׳כמה?׳, למשל שלושה, שלוש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שעונה על השאלה ׳איזה במקום?׳, למשל ראשון, שלישית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רטורי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דיבור או כתיבה שמשכנעת, כמו שאלה רטורית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הדיבר והתאמה בצירוף – זיהוי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את הגינה?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מחברת בין מילים ומראה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מספרת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עונה על 'איך?'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הדיבר והתאמה בצירוף – התאמה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הגינה ה__________ נמצאת על הגג (ירוק).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ה__________ סיימו את המשימה (זריז).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השכנות ה__________ עזרו לנו לשאת את הארגזים (אדיב).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 רץ אל הכיתה __________ (מהיר, כתואר הפועל).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הדיבר והתאמה בצירוף – יצירה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שם תואר ופועל, על נושא מבית הספר.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צירוף של שם עצם ושם תואר מהיומיום שלכם וכתבו אותו בארבע הצורות: יחיד, יחידה, רבים ורבות (למשל: ילד חכם).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טעות בהתאמה במשפט: 'הילדות החכם קראו ספר מעניינת' ותקנו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המילה 'בזהירות' במשפט 'נבנתה בזהירות' היא תואר הפועל ולא שם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צורת הבינוני: פועל בהווה או שם/תואר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הזמן: אני כותב, היא קוראת?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צורות יש לשומר/שומרת/שומרים/שומרות?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מתאימה לפועל?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עושה עכשיו או תמיד?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מתאימה לשם או לתואר?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או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צורת הבינוני: פועל בהווה או שם/תואר – זיהוי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'איתי שומר על אחיו הקטן' המילה 'שומר' היא פועל בהווה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'השומר פתח את השער' המילה 'השומר'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בביטוי 'מים רותחים' המילה 'רותחים' היא פועל בהווה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'רץ' תמיד תהיה בזמן הווה, בכל משפט שבו היא מופיעה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צורת הבינוני: פועל בהווה או שם/תואר – השלמה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המורה __________ את השיעור בקול ברור (פועל בהווה מהשורש סב״ר)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עכשיו מאיה __________ במסלול, ולכן כאן הבינוני הוא פועל בהווה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צורת הבינוני: פועל בהווה או שם/תואר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דניאל שומר על הצמחים בגינה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 בהווה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השומר בשער חייך אלינו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 בהווה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בכוס יש מים רותחים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נועה סופרת עד מאה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הסופרת חתמה על הספר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סמיכות, שייכות ותואר הפועל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שמות עצם שמתחברים למשמעות אחת, כמו 'גינת הגג'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שמתארת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שמביעה שייכות כמו 'שלנו'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 שמתאים לשם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מבטאת מילת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 לפני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שאומרת למי שייך משהו, כמו 'שלנו' או 'שלי'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בזמן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מתאר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שמתארת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שמתארת איך, מתי או איפה נעשתה הפעולה, כמו 'בזהירות'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שמחברת שני 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סמיכות, שייכות ותואר הפועל – איתור בצירופים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'גינת הגג' יש סמיכות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'בזהירות' במשפט הפתיחה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'שלנו' במשפט הפתיחה מבטאת 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סמיכות, שייכות ותואר הפועל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חדר ה__________ היה נקי ומסודר אחרי הארוחה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דלת ה__________ נפתחה לאט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רצה __________ כדי להגיע בזמן (תארו איך רצה)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סמיכות, שייכות ותואר הפועל – חיבור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גינת הגג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תואר לשם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נבנתה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תואר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שם הפועל, שם הפעולה ותצורת השם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היא 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שם הפעולה?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נוצרה מחיבור שתי מילים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שם הפועל, שם הפעולה ותצורת השם – המרה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הפועל של המילה 'כתיבה'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'ללמוד'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הפעולה של הפועל 'לדבר'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שם הפועל, שם הפעולה ותצורת השם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שם הפועל לשם הפעולה, ותנו דוגמה אחת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פעולה אחד שנוצר בעזרת צורן סופי, וציינו מהו הצורן שנוסף למילה.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אחת שנוצרה בדרך של הלחם (כמו רמזור או מגדלור) והסבירו משתי מילים היא מורכבת.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 שיש בו שם הפועל, ומשפט נוסף עם שם הפעולה המתאים 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שם המספר: מונה וסודר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מספר מונה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סודר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שם המספר: מונה וסודר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כדורים (5,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מחברות (5,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עפרונות (לפני שם עצם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בובות (לפני שם עצם נקבה)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שם המספר: מונה וסודר – התאמה בין מספר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שלושה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סודר בזכר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סודר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הילד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מונה בזכר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הילדה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מונה בנקבה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שם המספר: מונה וסודר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תקנו את הטעות: "חמש ילדים שיחקו בחצר"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מספר מונה בזכר ומשפט מקביל באותו מספר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מתי אומרים "שני" ומתי "שתי", עם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טענה, עובדה ודעה ואמצעים רטוריים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משפט שאפשר לבדוק אם הוא נכון או לא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משפט שמבטא עמדה אישית, וקשה להוכיח אותו באופן מוחלט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רטורית נשאלת כדי לקבל מהקהל תשובה מפורטת ומדויקת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 היא הרעיון המרכזי שהדובר או הכותבת רוצים לשכנע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פרט שאין לו שום קשר לטענה שמנסים לבסס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טענה, עובדה ודעה ואמצעים רטוריים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סוג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נתון מספרי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הגדרה מילונית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משפט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אמצעי רטורי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משפט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 או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מוכחת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הגדרה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למשפט שמסביר למה הטענה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המיוחד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 כאמצעי רטורי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 מבוסס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 מדויק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למה מילה מסוימת היא שם תואר ולא שם עצם, ולהתאים אותה נכון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מתי להשתמש במספר מונה ומתי במספר סודר, ולהתאים אותם במין לשם העצם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לזהות בטקסט טענה, נימוק אחד לפחות, ועובדה מול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מרכזי למידה בלשון (חט״ב)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