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חוברת תרגול – מרכזי למידה בלשון (חט״ב)</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ולהשתמש נכון בחלקי הדיבר, בסמיכות ובשייכות בצירופים ובמשפטים</w:t>
      </w:r>
    </w:p>
    <w:p>
      <w:pPr>
        <w:bidi/>
        <w:spacing w:after="80"/>
        <w:jc w:val="right"/>
      </w:pPr>
      <w:r>
        <w:rPr>
          <w:rFonts w:ascii="Arial" w:hAnsi="Arial" w:cs="Arial" w:eastAsia="Arial"/>
          <w:lang w:val="he-IL" w:bidi="he-IL"/>
          <w:sz w:val="22"/>
          <w:rtl/>
          <w:szCs w:val="22"/>
        </w:rPr>
        <w:t>• להבחין בין צורות דקדוקיות דומות: בינוני כפועל מול בינוני כשם, שם הפועל מול שם הפעולה</w:t>
      </w:r>
    </w:p>
    <w:p>
      <w:pPr>
        <w:bidi/>
        <w:spacing w:after="80"/>
        <w:jc w:val="right"/>
      </w:pPr>
      <w:r>
        <w:rPr>
          <w:rFonts w:ascii="Arial" w:hAnsi="Arial" w:cs="Arial" w:eastAsia="Arial"/>
          <w:lang w:val="he-IL" w:bidi="he-IL"/>
          <w:sz w:val="22"/>
          <w:rtl/>
          <w:szCs w:val="22"/>
        </w:rPr>
        <w:t>• להשתמש נכון במספר מונה וסודר בהתאמה למין שם העצם</w:t>
      </w:r>
    </w:p>
    <w:p>
      <w:pPr>
        <w:bidi/>
        <w:spacing w:after="80"/>
        <w:jc w:val="right"/>
      </w:pPr>
      <w:r>
        <w:rPr>
          <w:rFonts w:ascii="Arial" w:hAnsi="Arial" w:cs="Arial" w:eastAsia="Arial"/>
          <w:lang w:val="he-IL" w:bidi="he-IL"/>
          <w:sz w:val="22"/>
          <w:rtl/>
          <w:szCs w:val="22"/>
        </w:rPr>
        <w:t>• לזהות מבנה טיעוני בטקסט (טענה, נימוק, עובדה ודעה) ולהשתמש באמצעים רטוריים בכתיבה ובדיבור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חלקי הדיבר והתאמה בצירוף – זיהוי חלקי הדיבר</w:t>
      </w:r>
    </w:p>
    <w:p>
      <w:pPr>
        <w:bidi/>
        <w:spacing w:after="40"/>
        <w:jc w:val="right"/>
      </w:pPr>
      <w:r>
        <w:rPr>
          <w:rFonts w:ascii="Arial" w:hAnsi="Arial" w:cs="Arial" w:eastAsia="Arial"/>
          <w:lang w:val="he-IL" w:bidi="he-IL"/>
          <w:sz w:val="22"/>
          <w:rtl/>
          <w:szCs w:val="22"/>
        </w:rPr>
        <w:t>1. ג – הירוקה</w:t>
      </w:r>
    </w:p>
    <w:p>
      <w:pPr>
        <w:bidi/>
        <w:spacing w:after="40"/>
        <w:jc w:val="right"/>
      </w:pPr>
      <w:r>
        <w:rPr>
          <w:rFonts w:ascii="Arial" w:hAnsi="Arial" w:cs="Arial" w:eastAsia="Arial"/>
          <w:lang w:val="he-IL" w:bidi="he-IL"/>
          <w:sz w:val="22"/>
          <w:rtl/>
          <w:szCs w:val="22"/>
        </w:rPr>
        <w:t>2. ג – ליד</w:t>
      </w:r>
    </w:p>
    <w:p>
      <w:pPr>
        <w:bidi/>
        <w:spacing w:after="40"/>
        <w:jc w:val="right"/>
      </w:pPr>
      <w:r>
        <w:rPr>
          <w:rFonts w:ascii="Arial" w:hAnsi="Arial" w:cs="Arial" w:eastAsia="Arial"/>
          <w:lang w:val="he-IL" w:bidi="he-IL"/>
          <w:sz w:val="22"/>
          <w:rtl/>
          <w:szCs w:val="22"/>
        </w:rPr>
        <w:t>3. ג – קוראת</w:t>
      </w:r>
    </w:p>
    <w:p>
      <w:pPr>
        <w:bidi/>
        <w:spacing w:after="40"/>
        <w:jc w:val="right"/>
      </w:pPr>
      <w:r>
        <w:rPr>
          <w:rFonts w:ascii="Arial" w:hAnsi="Arial" w:cs="Arial" w:eastAsia="Arial"/>
          <w:lang w:val="he-IL" w:bidi="he-IL"/>
          <w:sz w:val="22"/>
          <w:rtl/>
          <w:szCs w:val="22"/>
        </w:rPr>
        <w:t>4. ג – מהר</w:t>
      </w:r>
    </w:p>
    <w:p>
      <w:pPr>
        <w:bidi/>
        <w:pStyle w:val="Heading3"/>
        <w:spacing w:after="80"/>
        <w:jc w:val="right"/>
      </w:pPr>
      <w:r>
        <w:rPr>
          <w:rFonts w:ascii="Arial" w:hAnsi="Arial" w:cs="Arial" w:eastAsia="Arial"/>
          <w:lang w:val="he-IL" w:bidi="he-IL"/>
          <w:b/>
          <w:color w:val="DD6B20"/>
          <w:sz w:val="26"/>
          <w:rtl/>
          <w:szCs w:val="26"/>
          <w:bCs/>
        </w:rPr>
        <w:t>חלק ב׳ – פרק 1 · חלקי הדיבר והתאמה בצירוף – התאמה במין, במספר וביידוע</w:t>
      </w:r>
    </w:p>
    <w:p>
      <w:pPr>
        <w:bidi/>
        <w:spacing w:after="40"/>
        <w:jc w:val="right"/>
      </w:pPr>
      <w:r>
        <w:rPr>
          <w:rFonts w:ascii="Arial" w:hAnsi="Arial" w:cs="Arial" w:eastAsia="Arial"/>
          <w:lang w:val="he-IL" w:bidi="he-IL"/>
          <w:sz w:val="22"/>
          <w:rtl/>
          <w:szCs w:val="22"/>
        </w:rPr>
        <w:t>1. ירוקה</w:t>
      </w:r>
    </w:p>
    <w:p>
      <w:pPr>
        <w:bidi/>
        <w:spacing w:after="40"/>
        <w:jc w:val="right"/>
      </w:pPr>
      <w:r>
        <w:rPr>
          <w:rFonts w:ascii="Arial" w:hAnsi="Arial" w:cs="Arial" w:eastAsia="Arial"/>
          <w:lang w:val="he-IL" w:bidi="he-IL"/>
          <w:sz w:val="22"/>
          <w:rtl/>
          <w:szCs w:val="22"/>
        </w:rPr>
        <w:t>2. זריזים</w:t>
      </w:r>
    </w:p>
    <w:p>
      <w:pPr>
        <w:bidi/>
        <w:spacing w:after="40"/>
        <w:jc w:val="right"/>
      </w:pPr>
      <w:r>
        <w:rPr>
          <w:rFonts w:ascii="Arial" w:hAnsi="Arial" w:cs="Arial" w:eastAsia="Arial"/>
          <w:lang w:val="he-IL" w:bidi="he-IL"/>
          <w:sz w:val="22"/>
          <w:rtl/>
          <w:szCs w:val="22"/>
        </w:rPr>
        <w:t>3. אדיביות</w:t>
      </w:r>
    </w:p>
    <w:p>
      <w:pPr>
        <w:bidi/>
        <w:spacing w:after="40"/>
        <w:jc w:val="right"/>
      </w:pPr>
      <w:r>
        <w:rPr>
          <w:rFonts w:ascii="Arial" w:hAnsi="Arial" w:cs="Arial" w:eastAsia="Arial"/>
          <w:lang w:val="he-IL" w:bidi="he-IL"/>
          <w:sz w:val="22"/>
          <w:rtl/>
          <w:szCs w:val="22"/>
        </w:rPr>
        <w:t>4. מהר</w:t>
      </w:r>
    </w:p>
    <w:p>
      <w:pPr>
        <w:bidi/>
        <w:pStyle w:val="Heading3"/>
        <w:spacing w:after="80"/>
        <w:jc w:val="right"/>
      </w:pPr>
      <w:r>
        <w:rPr>
          <w:rFonts w:ascii="Arial" w:hAnsi="Arial" w:cs="Arial" w:eastAsia="Arial"/>
          <w:lang w:val="he-IL" w:bidi="he-IL"/>
          <w:b/>
          <w:color w:val="3182CE"/>
          <w:sz w:val="26"/>
          <w:rtl/>
          <w:szCs w:val="26"/>
          <w:bCs/>
        </w:rPr>
        <w:t>חלק ג׳ – פרק 1 · חלקי הדיבר והתאמה בצירוף – יצירה וניתוח</w:t>
      </w:r>
    </w:p>
    <w:p>
      <w:pPr>
        <w:bidi/>
        <w:spacing w:after="40"/>
        <w:jc w:val="right"/>
      </w:pPr>
      <w:r>
        <w:rPr>
          <w:rFonts w:ascii="Arial" w:hAnsi="Arial" w:cs="Arial" w:eastAsia="Arial"/>
          <w:lang w:val="he-IL" w:bidi="he-IL"/>
          <w:sz w:val="22"/>
          <w:rtl/>
          <w:szCs w:val="22"/>
        </w:rPr>
        <w:t>1. משפט תקין הכולל שלושת חלקי הדיבר, עם התאמה נכונה של התואר לשם העצם במין ובמספר.</w:t>
      </w:r>
    </w:p>
    <w:p>
      <w:pPr>
        <w:bidi/>
        <w:spacing w:after="40"/>
        <w:jc w:val="right"/>
      </w:pPr>
      <w:r>
        <w:rPr>
          <w:rFonts w:ascii="Arial" w:hAnsi="Arial" w:cs="Arial" w:eastAsia="Arial"/>
          <w:lang w:val="he-IL" w:bidi="he-IL"/>
          <w:sz w:val="22"/>
          <w:rtl/>
          <w:szCs w:val="22"/>
        </w:rPr>
        <w:t>2. ארבע צורות תקינות המתאימות במין ובמספר, כמו: ילד חכם, ילדה חכמה, ילדים חכמים, ילדות חכמות.</w:t>
      </w:r>
    </w:p>
    <w:p>
      <w:pPr>
        <w:bidi/>
        <w:spacing w:after="40"/>
        <w:jc w:val="right"/>
      </w:pPr>
      <w:r>
        <w:rPr>
          <w:rFonts w:ascii="Arial" w:hAnsi="Arial" w:cs="Arial" w:eastAsia="Arial"/>
          <w:lang w:val="he-IL" w:bidi="he-IL"/>
          <w:sz w:val="22"/>
          <w:rtl/>
          <w:szCs w:val="22"/>
        </w:rPr>
        <w:t>3. הילדות החכמות קראו ספר מעניין</w:t>
      </w:r>
    </w:p>
    <w:p>
      <w:pPr>
        <w:bidi/>
        <w:spacing w:after="40"/>
        <w:jc w:val="right"/>
      </w:pPr>
      <w:r>
        <w:rPr>
          <w:rFonts w:ascii="Arial" w:hAnsi="Arial" w:cs="Arial" w:eastAsia="Arial"/>
          <w:lang w:val="he-IL" w:bidi="he-IL"/>
          <w:sz w:val="22"/>
          <w:rtl/>
          <w:szCs w:val="22"/>
        </w:rPr>
        <w:t>4. כי היא עונה על השאלה 'איך?' ומתארת את אופן הפעולה, ולא מתארת שם עצם.</w:t>
      </w:r>
    </w:p>
    <w:p>
      <w:pPr>
        <w:bidi/>
        <w:pStyle w:val="Heading3"/>
        <w:spacing w:after="80"/>
        <w:jc w:val="right"/>
      </w:pPr>
      <w:r>
        <w:rPr>
          <w:rFonts w:ascii="Arial" w:hAnsi="Arial" w:cs="Arial" w:eastAsia="Arial"/>
          <w:lang w:val="he-IL" w:bidi="he-IL"/>
          <w:b/>
          <w:color w:val="38A169"/>
          <w:sz w:val="26"/>
          <w:rtl/>
          <w:szCs w:val="26"/>
          <w:bCs/>
        </w:rPr>
        <w:t>חלק ד׳ – פרק 2 · צורת הבינוני: פועל בהווה או שם/תואר – זיהוי בסיסי</w:t>
      </w:r>
    </w:p>
    <w:p>
      <w:pPr>
        <w:bidi/>
        <w:spacing w:after="40"/>
        <w:jc w:val="right"/>
      </w:pPr>
      <w:r>
        <w:rPr>
          <w:rFonts w:ascii="Arial" w:hAnsi="Arial" w:cs="Arial" w:eastAsia="Arial"/>
          <w:lang w:val="he-IL" w:bidi="he-IL"/>
          <w:sz w:val="22"/>
          <w:rtl/>
          <w:szCs w:val="22"/>
        </w:rPr>
        <w:t>1. א – בינוני</w:t>
      </w:r>
    </w:p>
    <w:p>
      <w:pPr>
        <w:bidi/>
        <w:spacing w:after="40"/>
        <w:jc w:val="right"/>
      </w:pPr>
      <w:r>
        <w:rPr>
          <w:rFonts w:ascii="Arial" w:hAnsi="Arial" w:cs="Arial" w:eastAsia="Arial"/>
          <w:lang w:val="he-IL" w:bidi="he-IL"/>
          <w:sz w:val="22"/>
          <w:rtl/>
          <w:szCs w:val="22"/>
        </w:rPr>
        <w:t>2. ג – 4</w:t>
      </w:r>
    </w:p>
    <w:p>
      <w:pPr>
        <w:bidi/>
        <w:spacing w:after="40"/>
        <w:jc w:val="right"/>
      </w:pPr>
      <w:r>
        <w:rPr>
          <w:rFonts w:ascii="Arial" w:hAnsi="Arial" w:cs="Arial" w:eastAsia="Arial"/>
          <w:lang w:val="he-IL" w:bidi="he-IL"/>
          <w:sz w:val="22"/>
          <w:rtl/>
          <w:szCs w:val="22"/>
        </w:rPr>
        <w:t>3. א – מה עושה עכשיו או תמיד?</w:t>
      </w:r>
    </w:p>
    <w:p>
      <w:pPr>
        <w:bidi/>
        <w:spacing w:after="40"/>
        <w:jc w:val="right"/>
      </w:pPr>
      <w:r>
        <w:rPr>
          <w:rFonts w:ascii="Arial" w:hAnsi="Arial" w:cs="Arial" w:eastAsia="Arial"/>
          <w:lang w:val="he-IL" w:bidi="he-IL"/>
          <w:sz w:val="22"/>
          <w:rtl/>
          <w:szCs w:val="22"/>
        </w:rPr>
        <w:t>4. ב – מי? או איזה?</w:t>
      </w:r>
    </w:p>
    <w:p>
      <w:pPr>
        <w:bidi/>
        <w:pStyle w:val="Heading3"/>
        <w:spacing w:after="80"/>
        <w:jc w:val="right"/>
      </w:pPr>
      <w:r>
        <w:rPr>
          <w:rFonts w:ascii="Arial" w:hAnsi="Arial" w:cs="Arial" w:eastAsia="Arial"/>
          <w:lang w:val="he-IL" w:bidi="he-IL"/>
          <w:b/>
          <w:color w:val="805AD5"/>
          <w:sz w:val="26"/>
          <w:rtl/>
          <w:szCs w:val="26"/>
          <w:bCs/>
        </w:rPr>
        <w:t>חלק ה׳ – פרק 2 · צורת הבינוני: פועל בהווה או שם/תואר – זיהוי במשפטים</w:t>
      </w:r>
    </w:p>
    <w:p>
      <w:pPr>
        <w:bidi/>
        <w:spacing w:after="40"/>
        <w:jc w:val="right"/>
      </w:pPr>
      <w:r>
        <w:rPr>
          <w:rFonts w:ascii="Arial" w:hAnsi="Arial" w:cs="Arial" w:eastAsia="Arial"/>
          <w:lang w:val="he-IL" w:bidi="he-IL"/>
          <w:sz w:val="22"/>
          <w:rtl/>
          <w:szCs w:val="22"/>
        </w:rPr>
        <w:t>1. נכון – היא עונה על השאלה מה איתי עושה עכשיו</w:t>
      </w:r>
    </w:p>
    <w:p>
      <w:pPr>
        <w:bidi/>
        <w:spacing w:after="40"/>
        <w:jc w:val="right"/>
      </w:pPr>
      <w:r>
        <w:rPr>
          <w:rFonts w:ascii="Arial" w:hAnsi="Arial" w:cs="Arial" w:eastAsia="Arial"/>
          <w:lang w:val="he-IL" w:bidi="he-IL"/>
          <w:sz w:val="22"/>
          <w:rtl/>
          <w:szCs w:val="22"/>
        </w:rPr>
        <w:t>2. נכון – היא עונה על השאלה מי, ומתווספת לה ה׳ הידיעה</w:t>
      </w:r>
    </w:p>
    <w:p>
      <w:pPr>
        <w:bidi/>
        <w:spacing w:after="40"/>
        <w:jc w:val="right"/>
      </w:pPr>
      <w:r>
        <w:rPr>
          <w:rFonts w:ascii="Arial" w:hAnsi="Arial" w:cs="Arial" w:eastAsia="Arial"/>
          <w:lang w:val="he-IL" w:bidi="he-IL"/>
          <w:sz w:val="22"/>
          <w:rtl/>
          <w:szCs w:val="22"/>
        </w:rPr>
        <w:t>3. לא נכון – היא מתארת את המים, כמו שם תואר, ועונה על השאלה איזה</w:t>
      </w:r>
    </w:p>
    <w:p>
      <w:pPr>
        <w:bidi/>
        <w:spacing w:after="40"/>
        <w:jc w:val="right"/>
      </w:pPr>
      <w:r>
        <w:rPr>
          <w:rFonts w:ascii="Arial" w:hAnsi="Arial" w:cs="Arial" w:eastAsia="Arial"/>
          <w:lang w:val="he-IL" w:bidi="he-IL"/>
          <w:sz w:val="22"/>
          <w:rtl/>
          <w:szCs w:val="22"/>
        </w:rPr>
        <w:t>4. לא נכון – היא יכולה להיות גם עבר, כמו 'אתמול מאיה רצה בפארק', וההקשר קובע</w:t>
      </w:r>
    </w:p>
    <w:p>
      <w:pPr>
        <w:bidi/>
        <w:pStyle w:val="Heading3"/>
        <w:spacing w:after="80"/>
        <w:jc w:val="right"/>
      </w:pPr>
      <w:r>
        <w:rPr>
          <w:rFonts w:ascii="Arial" w:hAnsi="Arial" w:cs="Arial" w:eastAsia="Arial"/>
          <w:lang w:val="he-IL" w:bidi="he-IL"/>
          <w:b/>
          <w:color w:val="D53F8C"/>
          <w:sz w:val="26"/>
          <w:rtl/>
          <w:szCs w:val="26"/>
          <w:bCs/>
        </w:rPr>
        <w:t>חלק ו׳ – פרק 2 · צורת הבינוני: פועל בהווה או שם/תואר – השלמה והבחנה</w:t>
      </w:r>
    </w:p>
    <w:p>
      <w:pPr>
        <w:bidi/>
        <w:spacing w:after="40"/>
        <w:jc w:val="right"/>
      </w:pPr>
      <w:r>
        <w:rPr>
          <w:rFonts w:ascii="Arial" w:hAnsi="Arial" w:cs="Arial" w:eastAsia="Arial"/>
          <w:lang w:val="he-IL" w:bidi="he-IL"/>
          <w:sz w:val="22"/>
          <w:rtl/>
          <w:szCs w:val="22"/>
        </w:rPr>
        <w:t>1. מסבירה</w:t>
      </w:r>
    </w:p>
    <w:p>
      <w:pPr>
        <w:bidi/>
        <w:spacing w:after="40"/>
        <w:jc w:val="right"/>
      </w:pPr>
      <w:r>
        <w:rPr>
          <w:rFonts w:ascii="Arial" w:hAnsi="Arial" w:cs="Arial" w:eastAsia="Arial"/>
          <w:lang w:val="he-IL" w:bidi="he-IL"/>
          <w:sz w:val="22"/>
          <w:rtl/>
          <w:szCs w:val="22"/>
        </w:rPr>
        <w:t>2. רצה</w:t>
      </w:r>
    </w:p>
    <w:p>
      <w:pPr>
        <w:bidi/>
        <w:pStyle w:val="Heading3"/>
        <w:spacing w:after="80"/>
        <w:jc w:val="right"/>
      </w:pPr>
      <w:r>
        <w:rPr>
          <w:rFonts w:ascii="Arial" w:hAnsi="Arial" w:cs="Arial" w:eastAsia="Arial"/>
          <w:lang w:val="he-IL" w:bidi="he-IL"/>
          <w:b/>
          <w:color w:val="E53E3E"/>
          <w:sz w:val="26"/>
          <w:rtl/>
          <w:szCs w:val="26"/>
          <w:bCs/>
        </w:rPr>
        <w:t>חלק ז׳ – פרק 2 · צורת הבינוני: פועל בהווה או שם/תואר – התאמה וכתיבה</w:t>
      </w:r>
    </w:p>
    <w:p>
      <w:pPr>
        <w:bidi/>
        <w:spacing w:after="40"/>
        <w:jc w:val="right"/>
      </w:pPr>
      <w:r>
        <w:rPr>
          <w:rFonts w:ascii="Arial" w:hAnsi="Arial" w:cs="Arial" w:eastAsia="Arial"/>
          <w:lang w:val="he-IL" w:bidi="he-IL"/>
          <w:sz w:val="22"/>
          <w:rtl/>
          <w:szCs w:val="22"/>
        </w:rPr>
        <w:t>1 – ב (פועל בהווה)</w:t>
      </w:r>
    </w:p>
    <w:p>
      <w:pPr>
        <w:bidi/>
        <w:spacing w:after="40"/>
        <w:jc w:val="right"/>
      </w:pPr>
      <w:r>
        <w:rPr>
          <w:rFonts w:ascii="Arial" w:hAnsi="Arial" w:cs="Arial" w:eastAsia="Arial"/>
          <w:lang w:val="he-IL" w:bidi="he-IL"/>
          <w:sz w:val="22"/>
          <w:rtl/>
          <w:szCs w:val="22"/>
        </w:rPr>
        <w:t>2 – א (שם עצם)</w:t>
      </w:r>
    </w:p>
    <w:p>
      <w:pPr>
        <w:bidi/>
        <w:spacing w:after="40"/>
        <w:jc w:val="right"/>
      </w:pPr>
      <w:r>
        <w:rPr>
          <w:rFonts w:ascii="Arial" w:hAnsi="Arial" w:cs="Arial" w:eastAsia="Arial"/>
          <w:lang w:val="he-IL" w:bidi="he-IL"/>
          <w:sz w:val="22"/>
          <w:rtl/>
          <w:szCs w:val="22"/>
        </w:rPr>
        <w:t>3 – ה (תואר)</w:t>
      </w:r>
    </w:p>
    <w:p>
      <w:pPr>
        <w:bidi/>
        <w:spacing w:after="40"/>
        <w:jc w:val="right"/>
      </w:pPr>
      <w:r>
        <w:rPr>
          <w:rFonts w:ascii="Arial" w:hAnsi="Arial" w:cs="Arial" w:eastAsia="Arial"/>
          <w:lang w:val="he-IL" w:bidi="he-IL"/>
          <w:sz w:val="22"/>
          <w:rtl/>
          <w:szCs w:val="22"/>
        </w:rPr>
        <w:t>4 – ג (פועל בהווה)</w:t>
      </w:r>
    </w:p>
    <w:p>
      <w:pPr>
        <w:bidi/>
        <w:spacing w:after="40"/>
        <w:jc w:val="right"/>
      </w:pPr>
      <w:r>
        <w:rPr>
          <w:rFonts w:ascii="Arial" w:hAnsi="Arial" w:cs="Arial" w:eastAsia="Arial"/>
          <w:lang w:val="he-IL" w:bidi="he-IL"/>
          <w:sz w:val="22"/>
          <w:rtl/>
          <w:szCs w:val="22"/>
        </w:rPr>
        <w:t>5 – ד (שם עצם)</w:t>
      </w:r>
    </w:p>
    <w:p>
      <w:pPr>
        <w:bidi/>
        <w:pStyle w:val="Heading3"/>
        <w:spacing w:after="80"/>
        <w:jc w:val="right"/>
      </w:pPr>
      <w:r>
        <w:rPr>
          <w:rFonts w:ascii="Arial" w:hAnsi="Arial" w:cs="Arial" w:eastAsia="Arial"/>
          <w:lang w:val="he-IL" w:bidi="he-IL"/>
          <w:b/>
          <w:color w:val="DD6B20"/>
          <w:sz w:val="26"/>
          <w:rtl/>
          <w:szCs w:val="26"/>
          <w:bCs/>
        </w:rPr>
        <w:t>חלק ח׳ – פרק 3 · סמיכות, שייכות ותואר הפועל – זיהוי והבנה</w:t>
      </w:r>
    </w:p>
    <w:p>
      <w:pPr>
        <w:bidi/>
        <w:spacing w:after="40"/>
        <w:jc w:val="right"/>
      </w:pPr>
      <w:r>
        <w:rPr>
          <w:rFonts w:ascii="Arial" w:hAnsi="Arial" w:cs="Arial" w:eastAsia="Arial"/>
          <w:lang w:val="he-IL" w:bidi="he-IL"/>
          <w:sz w:val="22"/>
          <w:rtl/>
          <w:szCs w:val="22"/>
        </w:rPr>
        <w:t>1. א – שני שמות עצם שמתחברים למשמעות אחת, כמו 'גינת הגג'</w:t>
      </w:r>
    </w:p>
    <w:p>
      <w:pPr>
        <w:bidi/>
        <w:spacing w:after="40"/>
        <w:jc w:val="right"/>
      </w:pPr>
      <w:r>
        <w:rPr>
          <w:rFonts w:ascii="Arial" w:hAnsi="Arial" w:cs="Arial" w:eastAsia="Arial"/>
          <w:lang w:val="he-IL" w:bidi="he-IL"/>
          <w:sz w:val="22"/>
          <w:rtl/>
          <w:szCs w:val="22"/>
        </w:rPr>
        <w:t>2. ב – מילה שאומרת למי שייך משהו, כמו 'שלנו' או 'שלי'</w:t>
      </w:r>
    </w:p>
    <w:p>
      <w:pPr>
        <w:bidi/>
        <w:spacing w:after="40"/>
        <w:jc w:val="right"/>
      </w:pPr>
      <w:r>
        <w:rPr>
          <w:rFonts w:ascii="Arial" w:hAnsi="Arial" w:cs="Arial" w:eastAsia="Arial"/>
          <w:lang w:val="he-IL" w:bidi="he-IL"/>
          <w:sz w:val="22"/>
          <w:rtl/>
          <w:szCs w:val="22"/>
        </w:rPr>
        <w:t>3. ב – מילה שמתארת איך, מתי או איפה נעשתה הפעולה, כמו 'בזהירות'</w:t>
      </w:r>
    </w:p>
    <w:p>
      <w:pPr>
        <w:bidi/>
        <w:pStyle w:val="Heading3"/>
        <w:spacing w:after="80"/>
        <w:jc w:val="right"/>
      </w:pPr>
      <w:r>
        <w:rPr>
          <w:rFonts w:ascii="Arial" w:hAnsi="Arial" w:cs="Arial" w:eastAsia="Arial"/>
          <w:lang w:val="he-IL" w:bidi="he-IL"/>
          <w:b/>
          <w:color w:val="3182CE"/>
          <w:sz w:val="26"/>
          <w:rtl/>
          <w:szCs w:val="26"/>
          <w:bCs/>
        </w:rPr>
        <w:t>חלק ט׳ – פרק 3 · סמיכות, שייכות ותואר הפועל – איתור בצירופים</w:t>
      </w:r>
    </w:p>
    <w:p>
      <w:pPr>
        <w:bidi/>
        <w:spacing w:after="40"/>
        <w:jc w:val="right"/>
      </w:pPr>
      <w:r>
        <w:rPr>
          <w:rFonts w:ascii="Arial" w:hAnsi="Arial" w:cs="Arial" w:eastAsia="Arial"/>
          <w:lang w:val="he-IL" w:bidi="he-IL"/>
          <w:sz w:val="22"/>
          <w:rtl/>
          <w:szCs w:val="22"/>
        </w:rPr>
        <w:t>1. נכון – שני שמות עצם מחוברים למשמעות אחת – גינה של הגג</w:t>
      </w:r>
    </w:p>
    <w:p>
      <w:pPr>
        <w:bidi/>
        <w:spacing w:after="40"/>
        <w:jc w:val="right"/>
      </w:pPr>
      <w:r>
        <w:rPr>
          <w:rFonts w:ascii="Arial" w:hAnsi="Arial" w:cs="Arial" w:eastAsia="Arial"/>
          <w:lang w:val="he-IL" w:bidi="he-IL"/>
          <w:sz w:val="22"/>
          <w:rtl/>
          <w:szCs w:val="22"/>
        </w:rPr>
        <w:t>2. לא נכון – המילה 'בזהירות' מתארת איך נבנתה הגינה, לכן היא תואר הפועל</w:t>
      </w:r>
    </w:p>
    <w:p>
      <w:pPr>
        <w:bidi/>
        <w:spacing w:after="40"/>
        <w:jc w:val="right"/>
      </w:pPr>
      <w:r>
        <w:rPr>
          <w:rFonts w:ascii="Arial" w:hAnsi="Arial" w:cs="Arial" w:eastAsia="Arial"/>
          <w:lang w:val="he-IL" w:bidi="he-IL"/>
          <w:sz w:val="22"/>
          <w:rtl/>
          <w:szCs w:val="22"/>
        </w:rPr>
        <w:t>3. נכון – היא אומרת למי שייכת הגינה</w:t>
      </w:r>
    </w:p>
    <w:p>
      <w:pPr>
        <w:bidi/>
        <w:pStyle w:val="Heading3"/>
        <w:spacing w:after="80"/>
        <w:jc w:val="right"/>
      </w:pPr>
      <w:r>
        <w:rPr>
          <w:rFonts w:ascii="Arial" w:hAnsi="Arial" w:cs="Arial" w:eastAsia="Arial"/>
          <w:lang w:val="he-IL" w:bidi="he-IL"/>
          <w:b/>
          <w:color w:val="38A169"/>
          <w:sz w:val="26"/>
          <w:rtl/>
          <w:szCs w:val="26"/>
          <w:bCs/>
        </w:rPr>
        <w:t>חלק י׳ – פרק 3 · סמיכות, שייכות ותואר הפועל – השלמה והתאמה</w:t>
      </w:r>
    </w:p>
    <w:p>
      <w:pPr>
        <w:bidi/>
        <w:spacing w:after="40"/>
        <w:jc w:val="right"/>
      </w:pPr>
      <w:r>
        <w:rPr>
          <w:rFonts w:ascii="Arial" w:hAnsi="Arial" w:cs="Arial" w:eastAsia="Arial"/>
          <w:lang w:val="he-IL" w:bidi="he-IL"/>
          <w:sz w:val="22"/>
          <w:rtl/>
          <w:szCs w:val="22"/>
        </w:rPr>
        <w:t>1. אוכל</w:t>
      </w:r>
    </w:p>
    <w:p>
      <w:pPr>
        <w:bidi/>
        <w:spacing w:after="40"/>
        <w:jc w:val="right"/>
      </w:pPr>
      <w:r>
        <w:rPr>
          <w:rFonts w:ascii="Arial" w:hAnsi="Arial" w:cs="Arial" w:eastAsia="Arial"/>
          <w:lang w:val="he-IL" w:bidi="he-IL"/>
          <w:sz w:val="22"/>
          <w:rtl/>
          <w:szCs w:val="22"/>
        </w:rPr>
        <w:t>2. כיתה</w:t>
      </w:r>
    </w:p>
    <w:p>
      <w:pPr>
        <w:bidi/>
        <w:spacing w:after="40"/>
        <w:jc w:val="right"/>
      </w:pPr>
      <w:r>
        <w:rPr>
          <w:rFonts w:ascii="Arial" w:hAnsi="Arial" w:cs="Arial" w:eastAsia="Arial"/>
          <w:lang w:val="he-IL" w:bidi="he-IL"/>
          <w:sz w:val="22"/>
          <w:rtl/>
          <w:szCs w:val="22"/>
        </w:rPr>
        <w:t>3. מהר</w:t>
      </w:r>
    </w:p>
    <w:p>
      <w:pPr>
        <w:bidi/>
        <w:pStyle w:val="Heading3"/>
        <w:spacing w:after="80"/>
        <w:jc w:val="right"/>
      </w:pPr>
      <w:r>
        <w:rPr>
          <w:rFonts w:ascii="Arial" w:hAnsi="Arial" w:cs="Arial" w:eastAsia="Arial"/>
          <w:lang w:val="he-IL" w:bidi="he-IL"/>
          <w:b/>
          <w:color w:val="805AD5"/>
          <w:sz w:val="26"/>
          <w:rtl/>
          <w:szCs w:val="26"/>
          <w:bCs/>
        </w:rPr>
        <w:t>חלק י״א – פרק 3 · סמיכות, שייכות ותואר הפועל – חיבור מושגים</w:t>
      </w:r>
    </w:p>
    <w:p>
      <w:pPr>
        <w:bidi/>
        <w:spacing w:after="40"/>
        <w:jc w:val="right"/>
      </w:pPr>
      <w:r>
        <w:rPr>
          <w:rFonts w:ascii="Arial" w:hAnsi="Arial" w:cs="Arial" w:eastAsia="Arial"/>
          <w:lang w:val="he-IL" w:bidi="he-IL"/>
          <w:sz w:val="22"/>
          <w:rtl/>
          <w:szCs w:val="22"/>
        </w:rPr>
        <w:t>1 – ה (סמיכות)</w:t>
      </w:r>
    </w:p>
    <w:p>
      <w:pPr>
        <w:bidi/>
        <w:spacing w:after="40"/>
        <w:jc w:val="right"/>
      </w:pPr>
      <w:r>
        <w:rPr>
          <w:rFonts w:ascii="Arial" w:hAnsi="Arial" w:cs="Arial" w:eastAsia="Arial"/>
          <w:lang w:val="he-IL" w:bidi="he-IL"/>
          <w:sz w:val="22"/>
          <w:rtl/>
          <w:szCs w:val="22"/>
        </w:rPr>
        <w:t>2 – ד (שייכות)</w:t>
      </w:r>
    </w:p>
    <w:p>
      <w:pPr>
        <w:bidi/>
        <w:spacing w:after="40"/>
        <w:jc w:val="right"/>
      </w:pPr>
      <w:r>
        <w:rPr>
          <w:rFonts w:ascii="Arial" w:hAnsi="Arial" w:cs="Arial" w:eastAsia="Arial"/>
          <w:lang w:val="he-IL" w:bidi="he-IL"/>
          <w:sz w:val="22"/>
          <w:rtl/>
          <w:szCs w:val="22"/>
        </w:rPr>
        <w:t>3 – ב (תואר לשם עצם)</w:t>
      </w:r>
    </w:p>
    <w:p>
      <w:pPr>
        <w:bidi/>
        <w:spacing w:after="40"/>
        <w:jc w:val="right"/>
      </w:pPr>
      <w:r>
        <w:rPr>
          <w:rFonts w:ascii="Arial" w:hAnsi="Arial" w:cs="Arial" w:eastAsia="Arial"/>
          <w:lang w:val="he-IL" w:bidi="he-IL"/>
          <w:sz w:val="22"/>
          <w:rtl/>
          <w:szCs w:val="22"/>
        </w:rPr>
        <w:t>4 – ג (תואר הפועל)</w:t>
      </w:r>
    </w:p>
    <w:p>
      <w:pPr>
        <w:bidi/>
        <w:spacing w:after="40"/>
        <w:jc w:val="right"/>
      </w:pPr>
      <w:r>
        <w:rPr>
          <w:rFonts w:ascii="Arial" w:hAnsi="Arial" w:cs="Arial" w:eastAsia="Arial"/>
          <w:lang w:val="he-IL" w:bidi="he-IL"/>
          <w:sz w:val="22"/>
          <w:rtl/>
          <w:szCs w:val="22"/>
        </w:rPr>
        <w:t>5 – א (פועל)</w:t>
      </w:r>
    </w:p>
    <w:p>
      <w:pPr>
        <w:bidi/>
        <w:pStyle w:val="Heading3"/>
        <w:spacing w:after="80"/>
        <w:jc w:val="right"/>
      </w:pPr>
      <w:r>
        <w:rPr>
          <w:rFonts w:ascii="Arial" w:hAnsi="Arial" w:cs="Arial" w:eastAsia="Arial"/>
          <w:lang w:val="he-IL" w:bidi="he-IL"/>
          <w:b/>
          <w:color w:val="D53F8C"/>
          <w:sz w:val="26"/>
          <w:rtl/>
          <w:szCs w:val="26"/>
          <w:bCs/>
        </w:rPr>
        <w:t>חלק י״ב – פרק 4 · שם הפועל, שם הפעולה ותצורת השם – זיהוי בסיסי</w:t>
      </w:r>
    </w:p>
    <w:p>
      <w:pPr>
        <w:bidi/>
        <w:spacing w:after="40"/>
        <w:jc w:val="right"/>
      </w:pPr>
      <w:r>
        <w:rPr>
          <w:rFonts w:ascii="Arial" w:hAnsi="Arial" w:cs="Arial" w:eastAsia="Arial"/>
          <w:lang w:val="he-IL" w:bidi="he-IL"/>
          <w:sz w:val="22"/>
          <w:rtl/>
          <w:szCs w:val="22"/>
        </w:rPr>
        <w:t>1. א – ללכת</w:t>
      </w:r>
    </w:p>
    <w:p>
      <w:pPr>
        <w:bidi/>
        <w:spacing w:after="40"/>
        <w:jc w:val="right"/>
      </w:pPr>
      <w:r>
        <w:rPr>
          <w:rFonts w:ascii="Arial" w:hAnsi="Arial" w:cs="Arial" w:eastAsia="Arial"/>
          <w:lang w:val="he-IL" w:bidi="he-IL"/>
          <w:sz w:val="22"/>
          <w:rtl/>
          <w:szCs w:val="22"/>
        </w:rPr>
        <w:t>2. ב – ריצה</w:t>
      </w:r>
    </w:p>
    <w:p>
      <w:pPr>
        <w:bidi/>
        <w:spacing w:after="40"/>
        <w:jc w:val="right"/>
      </w:pPr>
      <w:r>
        <w:rPr>
          <w:rFonts w:ascii="Arial" w:hAnsi="Arial" w:cs="Arial" w:eastAsia="Arial"/>
          <w:lang w:val="he-IL" w:bidi="he-IL"/>
          <w:sz w:val="22"/>
          <w:rtl/>
          <w:szCs w:val="22"/>
        </w:rPr>
        <w:t>3. א – רמזור</w:t>
      </w:r>
    </w:p>
    <w:p>
      <w:pPr>
        <w:bidi/>
        <w:pStyle w:val="Heading3"/>
        <w:spacing w:after="80"/>
        <w:jc w:val="right"/>
      </w:pPr>
      <w:r>
        <w:rPr>
          <w:rFonts w:ascii="Arial" w:hAnsi="Arial" w:cs="Arial" w:eastAsia="Arial"/>
          <w:lang w:val="he-IL" w:bidi="he-IL"/>
          <w:b/>
          <w:color w:val="E53E3E"/>
          <w:sz w:val="26"/>
          <w:rtl/>
          <w:szCs w:val="26"/>
          <w:bCs/>
        </w:rPr>
        <w:t>חלק י״ג – פרק 4 · שם הפועל, שם הפעולה ותצורת השם – המרה והתאמה</w:t>
      </w:r>
    </w:p>
    <w:p>
      <w:pPr>
        <w:bidi/>
        <w:spacing w:after="40"/>
        <w:jc w:val="right"/>
      </w:pPr>
      <w:r>
        <w:rPr>
          <w:rFonts w:ascii="Arial" w:hAnsi="Arial" w:cs="Arial" w:eastAsia="Arial"/>
          <w:lang w:val="he-IL" w:bidi="he-IL"/>
          <w:sz w:val="22"/>
          <w:rtl/>
          <w:szCs w:val="22"/>
        </w:rPr>
        <w:t>1. לכתוב</w:t>
      </w:r>
    </w:p>
    <w:p>
      <w:pPr>
        <w:bidi/>
        <w:spacing w:after="40"/>
        <w:jc w:val="right"/>
      </w:pPr>
      <w:r>
        <w:rPr>
          <w:rFonts w:ascii="Arial" w:hAnsi="Arial" w:cs="Arial" w:eastAsia="Arial"/>
          <w:lang w:val="he-IL" w:bidi="he-IL"/>
          <w:sz w:val="22"/>
          <w:rtl/>
          <w:szCs w:val="22"/>
        </w:rPr>
        <w:t>2. לימוד</w:t>
      </w:r>
    </w:p>
    <w:p>
      <w:pPr>
        <w:bidi/>
        <w:spacing w:after="40"/>
        <w:jc w:val="right"/>
      </w:pPr>
      <w:r>
        <w:rPr>
          <w:rFonts w:ascii="Arial" w:hAnsi="Arial" w:cs="Arial" w:eastAsia="Arial"/>
          <w:lang w:val="he-IL" w:bidi="he-IL"/>
          <w:sz w:val="22"/>
          <w:rtl/>
          <w:szCs w:val="22"/>
        </w:rPr>
        <w:t>3. דיבור</w:t>
      </w:r>
    </w:p>
    <w:p>
      <w:pPr>
        <w:bidi/>
        <w:pStyle w:val="Heading3"/>
        <w:spacing w:after="80"/>
        <w:jc w:val="right"/>
      </w:pPr>
      <w:r>
        <w:rPr>
          <w:rFonts w:ascii="Arial" w:hAnsi="Arial" w:cs="Arial" w:eastAsia="Arial"/>
          <w:lang w:val="he-IL" w:bidi="he-IL"/>
          <w:b/>
          <w:color w:val="DD6B20"/>
          <w:sz w:val="26"/>
          <w:rtl/>
          <w:szCs w:val="26"/>
          <w:bCs/>
        </w:rPr>
        <w:t>חלק י״ד – פרק 4 · שם הפועל, שם הפעולה ותצורת השם – חשיבה ויישום</w:t>
      </w:r>
    </w:p>
    <w:p>
      <w:pPr>
        <w:bidi/>
        <w:spacing w:after="40"/>
        <w:jc w:val="right"/>
      </w:pPr>
      <w:r>
        <w:rPr>
          <w:rFonts w:ascii="Arial" w:hAnsi="Arial" w:cs="Arial" w:eastAsia="Arial"/>
          <w:lang w:val="he-IL" w:bidi="he-IL"/>
          <w:sz w:val="22"/>
          <w:rtl/>
          <w:szCs w:val="22"/>
        </w:rPr>
        <w:t>1. שם הפועל הוא צורת הפועל הבסיסית עם ל׳ בתחילתה (כמו ללכת), ושם הפעולה הוא שם עצם שמתאר את הפעולה עצמה (כמו הליכה).</w:t>
      </w:r>
    </w:p>
    <w:p>
      <w:pPr>
        <w:bidi/>
        <w:spacing w:after="40"/>
        <w:jc w:val="right"/>
      </w:pPr>
      <w:r>
        <w:rPr>
          <w:rFonts w:ascii="Arial" w:hAnsi="Arial" w:cs="Arial" w:eastAsia="Arial"/>
          <w:lang w:val="he-IL" w:bidi="he-IL"/>
          <w:sz w:val="22"/>
          <w:rtl/>
          <w:szCs w:val="22"/>
        </w:rPr>
        <w:t>2. לדוגמה: ילדות - נוצר מהמילה ילד בתוספת הצורן הסופי -ות.</w:t>
      </w:r>
    </w:p>
    <w:p>
      <w:pPr>
        <w:bidi/>
        <w:spacing w:after="40"/>
        <w:jc w:val="right"/>
      </w:pPr>
      <w:r>
        <w:rPr>
          <w:rFonts w:ascii="Arial" w:hAnsi="Arial" w:cs="Arial" w:eastAsia="Arial"/>
          <w:lang w:val="he-IL" w:bidi="he-IL"/>
          <w:sz w:val="22"/>
          <w:rtl/>
          <w:szCs w:val="22"/>
        </w:rPr>
        <w:t>3. לדוגמה: רמזור הורכב מהמילים 'רמז' ו'אור'.</w:t>
      </w:r>
    </w:p>
    <w:p>
      <w:pPr>
        <w:bidi/>
        <w:spacing w:after="40"/>
        <w:jc w:val="right"/>
      </w:pPr>
      <w:r>
        <w:rPr>
          <w:rFonts w:ascii="Arial" w:hAnsi="Arial" w:cs="Arial" w:eastAsia="Arial"/>
          <w:lang w:val="he-IL" w:bidi="he-IL"/>
          <w:sz w:val="22"/>
          <w:rtl/>
          <w:szCs w:val="22"/>
        </w:rPr>
        <w:t>4. לדוגמה: 'אני אוהב לקרוא ספרים' (שם הפועל) / 'הקריאה משמחת אותי' (שם הפעולה).</w:t>
      </w:r>
    </w:p>
    <w:p>
      <w:pPr>
        <w:bidi/>
        <w:pStyle w:val="Heading3"/>
        <w:spacing w:after="80"/>
        <w:jc w:val="right"/>
      </w:pPr>
      <w:r>
        <w:rPr>
          <w:rFonts w:ascii="Arial" w:hAnsi="Arial" w:cs="Arial" w:eastAsia="Arial"/>
          <w:lang w:val="he-IL" w:bidi="he-IL"/>
          <w:b/>
          <w:color w:val="3182CE"/>
          <w:sz w:val="26"/>
          <w:rtl/>
          <w:szCs w:val="26"/>
          <w:bCs/>
        </w:rPr>
        <w:t>חלק ט״ו – פרק 5 · שם המספר: מונה וסודר – זיהוי והבנה</w:t>
      </w:r>
    </w:p>
    <w:p>
      <w:pPr>
        <w:bidi/>
        <w:spacing w:after="40"/>
        <w:jc w:val="right"/>
      </w:pPr>
      <w:r>
        <w:rPr>
          <w:rFonts w:ascii="Arial" w:hAnsi="Arial" w:cs="Arial" w:eastAsia="Arial"/>
          <w:lang w:val="he-IL" w:bidi="he-IL"/>
          <w:sz w:val="22"/>
          <w:rtl/>
          <w:szCs w:val="22"/>
        </w:rPr>
        <w:t>1. ב – כמה?</w:t>
      </w:r>
    </w:p>
    <w:p>
      <w:pPr>
        <w:bidi/>
        <w:spacing w:after="40"/>
        <w:jc w:val="right"/>
      </w:pPr>
      <w:r>
        <w:rPr>
          <w:rFonts w:ascii="Arial" w:hAnsi="Arial" w:cs="Arial" w:eastAsia="Arial"/>
          <w:lang w:val="he-IL" w:bidi="he-IL"/>
          <w:sz w:val="22"/>
          <w:rtl/>
          <w:szCs w:val="22"/>
        </w:rPr>
        <w:t>2. ב – איזה במקום?</w:t>
      </w:r>
    </w:p>
    <w:p>
      <w:pPr>
        <w:bidi/>
        <w:pStyle w:val="Heading3"/>
        <w:spacing w:after="80"/>
        <w:jc w:val="right"/>
      </w:pPr>
      <w:r>
        <w:rPr>
          <w:rFonts w:ascii="Arial" w:hAnsi="Arial" w:cs="Arial" w:eastAsia="Arial"/>
          <w:lang w:val="he-IL" w:bidi="he-IL"/>
          <w:b/>
          <w:color w:val="38A169"/>
          <w:sz w:val="26"/>
          <w:rtl/>
          <w:szCs w:val="26"/>
          <w:bCs/>
        </w:rPr>
        <w:t>חלק ט״ז – פרק 5 · שם המספר: מונה וסודר – השלמה והתאמה</w:t>
      </w:r>
    </w:p>
    <w:p>
      <w:pPr>
        <w:bidi/>
        <w:spacing w:after="40"/>
        <w:jc w:val="right"/>
      </w:pPr>
      <w:r>
        <w:rPr>
          <w:rFonts w:ascii="Arial" w:hAnsi="Arial" w:cs="Arial" w:eastAsia="Arial"/>
          <w:lang w:val="he-IL" w:bidi="he-IL"/>
          <w:sz w:val="22"/>
          <w:rtl/>
          <w:szCs w:val="22"/>
        </w:rPr>
        <w:t>1. חמישה</w:t>
      </w:r>
    </w:p>
    <w:p>
      <w:pPr>
        <w:bidi/>
        <w:spacing w:after="40"/>
        <w:jc w:val="right"/>
      </w:pPr>
      <w:r>
        <w:rPr>
          <w:rFonts w:ascii="Arial" w:hAnsi="Arial" w:cs="Arial" w:eastAsia="Arial"/>
          <w:lang w:val="he-IL" w:bidi="he-IL"/>
          <w:sz w:val="22"/>
          <w:rtl/>
          <w:szCs w:val="22"/>
        </w:rPr>
        <w:t>2. חמש</w:t>
      </w:r>
    </w:p>
    <w:p>
      <w:pPr>
        <w:bidi/>
        <w:spacing w:after="40"/>
        <w:jc w:val="right"/>
      </w:pPr>
      <w:r>
        <w:rPr>
          <w:rFonts w:ascii="Arial" w:hAnsi="Arial" w:cs="Arial" w:eastAsia="Arial"/>
          <w:lang w:val="he-IL" w:bidi="he-IL"/>
          <w:sz w:val="22"/>
          <w:rtl/>
          <w:szCs w:val="22"/>
        </w:rPr>
        <w:t>3. שני</w:t>
      </w:r>
    </w:p>
    <w:p>
      <w:pPr>
        <w:bidi/>
        <w:spacing w:after="40"/>
        <w:jc w:val="right"/>
      </w:pPr>
      <w:r>
        <w:rPr>
          <w:rFonts w:ascii="Arial" w:hAnsi="Arial" w:cs="Arial" w:eastAsia="Arial"/>
          <w:lang w:val="he-IL" w:bidi="he-IL"/>
          <w:sz w:val="22"/>
          <w:rtl/>
          <w:szCs w:val="22"/>
        </w:rPr>
        <w:t>4. שתי</w:t>
      </w:r>
    </w:p>
    <w:p>
      <w:pPr>
        <w:bidi/>
        <w:pStyle w:val="Heading3"/>
        <w:spacing w:after="80"/>
        <w:jc w:val="right"/>
      </w:pPr>
      <w:r>
        <w:rPr>
          <w:rFonts w:ascii="Arial" w:hAnsi="Arial" w:cs="Arial" w:eastAsia="Arial"/>
          <w:lang w:val="he-IL" w:bidi="he-IL"/>
          <w:b/>
          <w:color w:val="805AD5"/>
          <w:sz w:val="26"/>
          <w:rtl/>
          <w:szCs w:val="26"/>
          <w:bCs/>
        </w:rPr>
        <w:t>חלק י״ז – פרק 5 · שם המספר: מונה וסודר – התאמה בין מספר לשם עצם</w:t>
      </w:r>
    </w:p>
    <w:p>
      <w:pPr>
        <w:bidi/>
        <w:spacing w:after="40"/>
        <w:jc w:val="right"/>
      </w:pPr>
      <w:r>
        <w:rPr>
          <w:rFonts w:ascii="Arial" w:hAnsi="Arial" w:cs="Arial" w:eastAsia="Arial"/>
          <w:lang w:val="he-IL" w:bidi="he-IL"/>
          <w:sz w:val="22"/>
          <w:rtl/>
          <w:szCs w:val="22"/>
        </w:rPr>
        <w:t>1 – ד (מונה בזכר)</w:t>
      </w:r>
    </w:p>
    <w:p>
      <w:pPr>
        <w:bidi/>
        <w:spacing w:after="40"/>
        <w:jc w:val="right"/>
      </w:pPr>
      <w:r>
        <w:rPr>
          <w:rFonts w:ascii="Arial" w:hAnsi="Arial" w:cs="Arial" w:eastAsia="Arial"/>
          <w:lang w:val="he-IL" w:bidi="he-IL"/>
          <w:sz w:val="22"/>
          <w:rtl/>
          <w:szCs w:val="22"/>
        </w:rPr>
        <w:t>2 – א (מונה בנקבה)</w:t>
      </w:r>
    </w:p>
    <w:p>
      <w:pPr>
        <w:bidi/>
        <w:spacing w:after="40"/>
        <w:jc w:val="right"/>
      </w:pPr>
      <w:r>
        <w:rPr>
          <w:rFonts w:ascii="Arial" w:hAnsi="Arial" w:cs="Arial" w:eastAsia="Arial"/>
          <w:lang w:val="he-IL" w:bidi="he-IL"/>
          <w:sz w:val="22"/>
          <w:rtl/>
          <w:szCs w:val="22"/>
        </w:rPr>
        <w:t>3 – ב (סודר בזכר)</w:t>
      </w:r>
    </w:p>
    <w:p>
      <w:pPr>
        <w:bidi/>
        <w:spacing w:after="40"/>
        <w:jc w:val="right"/>
      </w:pPr>
      <w:r>
        <w:rPr>
          <w:rFonts w:ascii="Arial" w:hAnsi="Arial" w:cs="Arial" w:eastAsia="Arial"/>
          <w:lang w:val="he-IL" w:bidi="he-IL"/>
          <w:sz w:val="22"/>
          <w:rtl/>
          <w:szCs w:val="22"/>
        </w:rPr>
        <w:t>4 – ג (סודר בנקבה)</w:t>
      </w:r>
    </w:p>
    <w:p>
      <w:pPr>
        <w:bidi/>
        <w:pStyle w:val="Heading3"/>
        <w:spacing w:after="80"/>
        <w:jc w:val="right"/>
      </w:pPr>
      <w:r>
        <w:rPr>
          <w:rFonts w:ascii="Arial" w:hAnsi="Arial" w:cs="Arial" w:eastAsia="Arial"/>
          <w:lang w:val="he-IL" w:bidi="he-IL"/>
          <w:b/>
          <w:color w:val="D53F8C"/>
          <w:sz w:val="26"/>
          <w:rtl/>
          <w:szCs w:val="26"/>
          <w:bCs/>
        </w:rPr>
        <w:t>חלק י״ח – פרק 5 · שם המספר: מונה וסודר – יישום וכתיבה</w:t>
      </w:r>
    </w:p>
    <w:p>
      <w:pPr>
        <w:bidi/>
        <w:spacing w:after="40"/>
        <w:jc w:val="right"/>
      </w:pPr>
      <w:r>
        <w:rPr>
          <w:rFonts w:ascii="Arial" w:hAnsi="Arial" w:cs="Arial" w:eastAsia="Arial"/>
          <w:lang w:val="he-IL" w:bidi="he-IL"/>
          <w:sz w:val="22"/>
          <w:rtl/>
          <w:szCs w:val="22"/>
        </w:rPr>
        <w:t>1. חמישה ילדים שיחקו בחצר</w:t>
      </w:r>
    </w:p>
    <w:p>
      <w:pPr>
        <w:bidi/>
        <w:spacing w:after="40"/>
        <w:jc w:val="right"/>
      </w:pPr>
      <w:r>
        <w:rPr>
          <w:rFonts w:ascii="Arial" w:hAnsi="Arial" w:cs="Arial" w:eastAsia="Arial"/>
          <w:lang w:val="he-IL" w:bidi="he-IL"/>
          <w:sz w:val="22"/>
          <w:rtl/>
          <w:szCs w:val="22"/>
        </w:rPr>
        <w:t>2. לדוגמה: חמישה ילדים קראו ספר. חמש ילדות קראו ספר.</w:t>
      </w:r>
    </w:p>
    <w:p>
      <w:pPr>
        <w:bidi/>
        <w:spacing w:after="40"/>
        <w:jc w:val="right"/>
      </w:pPr>
      <w:r>
        <w:rPr>
          <w:rFonts w:ascii="Arial" w:hAnsi="Arial" w:cs="Arial" w:eastAsia="Arial"/>
          <w:lang w:val="he-IL" w:bidi="he-IL"/>
          <w:sz w:val="22"/>
          <w:rtl/>
          <w:szCs w:val="22"/>
        </w:rPr>
        <w:t>3. שני לפני שם עצם בזכר (שני ספרים), שתי לפני שם עצם בנקבה (שתי מחברות)</w:t>
      </w:r>
    </w:p>
    <w:p>
      <w:pPr>
        <w:bidi/>
        <w:pStyle w:val="Heading3"/>
        <w:spacing w:after="80"/>
        <w:jc w:val="right"/>
      </w:pPr>
      <w:r>
        <w:rPr>
          <w:rFonts w:ascii="Arial" w:hAnsi="Arial" w:cs="Arial" w:eastAsia="Arial"/>
          <w:lang w:val="he-IL" w:bidi="he-IL"/>
          <w:b/>
          <w:color w:val="E53E3E"/>
          <w:sz w:val="26"/>
          <w:rtl/>
          <w:szCs w:val="26"/>
          <w:bCs/>
        </w:rPr>
        <w:t>חלק י״ט – פרק 6 · טענה, עובדה ודעה ואמצעים רטוריים – היכרות עם המושגים</w:t>
      </w:r>
    </w:p>
    <w:p>
      <w:pPr>
        <w:bidi/>
        <w:spacing w:after="40"/>
        <w:jc w:val="right"/>
      </w:pPr>
      <w:r>
        <w:rPr>
          <w:rFonts w:ascii="Arial" w:hAnsi="Arial" w:cs="Arial" w:eastAsia="Arial"/>
          <w:lang w:val="he-IL" w:bidi="he-IL"/>
          <w:sz w:val="22"/>
          <w:rtl/>
          <w:szCs w:val="22"/>
        </w:rPr>
        <w:t>1. נכון – עובדה מתבססת על נתונים שאפשר לאמת, לדוגמה מידע מדויק או מדיד</w:t>
      </w:r>
    </w:p>
    <w:p>
      <w:pPr>
        <w:bidi/>
        <w:spacing w:after="40"/>
        <w:jc w:val="right"/>
      </w:pPr>
      <w:r>
        <w:rPr>
          <w:rFonts w:ascii="Arial" w:hAnsi="Arial" w:cs="Arial" w:eastAsia="Arial"/>
          <w:lang w:val="he-IL" w:bidi="he-IL"/>
          <w:sz w:val="22"/>
          <w:rtl/>
          <w:szCs w:val="22"/>
        </w:rPr>
        <w:t>2. נכון – דעה מבטאת הערכה או רגש אישי, ולא תמיד ניתן להוכיח אותה</w:t>
      </w:r>
    </w:p>
    <w:p>
      <w:pPr>
        <w:bidi/>
        <w:spacing w:after="40"/>
        <w:jc w:val="right"/>
      </w:pPr>
      <w:r>
        <w:rPr>
          <w:rFonts w:ascii="Arial" w:hAnsi="Arial" w:cs="Arial" w:eastAsia="Arial"/>
          <w:lang w:val="he-IL" w:bidi="he-IL"/>
          <w:sz w:val="22"/>
          <w:rtl/>
          <w:szCs w:val="22"/>
        </w:rPr>
        <w:t>3. לא נכון – שאלה רטורית נשאלת כדי לעורר מחשבה או רגש, לא כדי לקבל תשובה אמיתית</w:t>
      </w:r>
    </w:p>
    <w:p>
      <w:pPr>
        <w:bidi/>
        <w:spacing w:after="40"/>
        <w:jc w:val="right"/>
      </w:pPr>
      <w:r>
        <w:rPr>
          <w:rFonts w:ascii="Arial" w:hAnsi="Arial" w:cs="Arial" w:eastAsia="Arial"/>
          <w:lang w:val="he-IL" w:bidi="he-IL"/>
          <w:sz w:val="22"/>
          <w:rtl/>
          <w:szCs w:val="22"/>
        </w:rPr>
        <w:t>4. נכון – הטענה היא העמדה המרכזית שסביבה בנויה כל הפסקה או הנאום</w:t>
      </w:r>
    </w:p>
    <w:p>
      <w:pPr>
        <w:bidi/>
        <w:spacing w:after="40"/>
        <w:jc w:val="right"/>
      </w:pPr>
      <w:r>
        <w:rPr>
          <w:rFonts w:ascii="Arial" w:hAnsi="Arial" w:cs="Arial" w:eastAsia="Arial"/>
          <w:lang w:val="he-IL" w:bidi="he-IL"/>
          <w:sz w:val="22"/>
          <w:rtl/>
          <w:szCs w:val="22"/>
        </w:rPr>
        <w:t>5. לא נכון – נימוק הוא הסבר או סיבה שנועדו לתמוך בטענה ולחזק אותה</w:t>
      </w:r>
    </w:p>
    <w:p>
      <w:pPr>
        <w:bidi/>
        <w:pStyle w:val="Heading3"/>
        <w:spacing w:after="80"/>
        <w:jc w:val="right"/>
      </w:pPr>
      <w:r>
        <w:rPr>
          <w:rFonts w:ascii="Arial" w:hAnsi="Arial" w:cs="Arial" w:eastAsia="Arial"/>
          <w:lang w:val="he-IL" w:bidi="he-IL"/>
          <w:b/>
          <w:color w:val="DD6B20"/>
          <w:sz w:val="26"/>
          <w:rtl/>
          <w:szCs w:val="26"/>
          <w:bCs/>
        </w:rPr>
        <w:t>חלק כ׳ – פרק 6 · טענה, עובדה ודעה ואמצעים רטוריים – זיהוי בדוגמאות</w:t>
      </w:r>
    </w:p>
    <w:p>
      <w:pPr>
        <w:bidi/>
        <w:spacing w:after="40"/>
        <w:jc w:val="right"/>
      </w:pPr>
      <w:r>
        <w:rPr>
          <w:rFonts w:ascii="Arial" w:hAnsi="Arial" w:cs="Arial" w:eastAsia="Arial"/>
          <w:lang w:val="he-IL" w:bidi="he-IL"/>
          <w:sz w:val="22"/>
          <w:rtl/>
          <w:szCs w:val="22"/>
        </w:rPr>
        <w:t>1. א – שאלה רטורית</w:t>
      </w:r>
    </w:p>
    <w:p>
      <w:pPr>
        <w:bidi/>
        <w:spacing w:after="40"/>
        <w:jc w:val="right"/>
      </w:pPr>
      <w:r>
        <w:rPr>
          <w:rFonts w:ascii="Arial" w:hAnsi="Arial" w:cs="Arial" w:eastAsia="Arial"/>
          <w:lang w:val="he-IL" w:bidi="he-IL"/>
          <w:sz w:val="22"/>
          <w:rtl/>
          <w:szCs w:val="22"/>
        </w:rPr>
        <w:t>2. א – עובדה</w:t>
      </w:r>
    </w:p>
    <w:p>
      <w:pPr>
        <w:bidi/>
        <w:spacing w:after="40"/>
        <w:jc w:val="right"/>
      </w:pPr>
      <w:r>
        <w:rPr>
          <w:rFonts w:ascii="Arial" w:hAnsi="Arial" w:cs="Arial" w:eastAsia="Arial"/>
          <w:lang w:val="he-IL" w:bidi="he-IL"/>
          <w:sz w:val="22"/>
          <w:rtl/>
          <w:szCs w:val="22"/>
        </w:rPr>
        <w:t>3. א – דעה או טענה</w:t>
      </w:r>
    </w:p>
    <w:p>
      <w:pPr>
        <w:bidi/>
        <w:spacing w:after="40"/>
        <w:jc w:val="right"/>
      </w:pPr>
      <w:r>
        <w:rPr>
          <w:rFonts w:ascii="Arial" w:hAnsi="Arial" w:cs="Arial" w:eastAsia="Arial"/>
          <w:lang w:val="he-IL" w:bidi="he-IL"/>
          <w:sz w:val="22"/>
          <w:rtl/>
          <w:szCs w:val="22"/>
        </w:rPr>
        <w:t>4. א – נימוק</w:t>
      </w:r>
    </w:p>
    <w:p>
      <w:pPr>
        <w:bidi/>
        <w:spacing w:after="40"/>
        <w:jc w:val="right"/>
      </w:pPr>
      <w:r>
        <w:rPr>
          <w:rFonts w:ascii="Arial" w:hAnsi="Arial" w:cs="Arial" w:eastAsia="Arial"/>
          <w:lang w:val="he-IL" w:bidi="he-IL"/>
          <w:sz w:val="22"/>
          <w:rtl/>
          <w:szCs w:val="22"/>
        </w:rPr>
        <w:t>5. א – הגזמה כאמצעי רטורי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מסביר/ה באמצעות שאלת ׳מי/איזה?׳ מול ׳מה עושה?׳, ולא רק מנחש/ת תשובה</w:t>
      </w:r>
    </w:p>
    <w:p>
      <w:pPr>
        <w:bidi/>
        <w:spacing w:after="80"/>
        <w:jc w:val="right"/>
      </w:pPr>
      <w:r>
        <w:rPr>
          <w:rFonts w:ascii="Arial" w:hAnsi="Arial" w:cs="Arial" w:eastAsia="Arial"/>
          <w:lang w:val="he-IL" w:bidi="he-IL"/>
          <w:sz w:val="22"/>
          <w:rtl/>
          <w:szCs w:val="22"/>
        </w:rPr>
        <w:t>• בדקו התאמה נכונה של ה׳ בזכר (שלושה) והיעדרה בנקבה (שלוש), וכן סודר מתאים במין (שלישי/שלישית)</w:t>
      </w:r>
    </w:p>
    <w:p>
      <w:pPr>
        <w:bidi/>
        <w:spacing w:after="80"/>
        <w:jc w:val="right"/>
      </w:pPr>
      <w:r>
        <w:rPr>
          <w:rFonts w:ascii="Arial" w:hAnsi="Arial" w:cs="Arial" w:eastAsia="Arial"/>
          <w:lang w:val="he-IL" w:bidi="he-IL"/>
          <w:sz w:val="22"/>
          <w:rtl/>
          <w:szCs w:val="22"/>
        </w:rPr>
        <w:t>• בדקו שהתלמיד/ה מצטט/ת בקצרה (לא יותר משמונה מילים) ומבדיל/ה בבירור בין עובדה הניתנת לבדיקה לבין דעה אישית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לשני עד שלושה שיעורים, פרק או שניים בכל שיעור, בדומה למבנה הסבב של המרכזונים באתר</w:t>
      </w:r>
    </w:p>
    <w:p>
      <w:pPr>
        <w:bidi/>
        <w:spacing w:after="80"/>
        <w:jc w:val="right"/>
      </w:pPr>
      <w:r>
        <w:rPr>
          <w:rFonts w:ascii="Arial" w:hAnsi="Arial" w:cs="Arial" w:eastAsia="Arial"/>
          <w:lang w:val="he-IL" w:bidi="he-IL"/>
          <w:sz w:val="22"/>
          <w:rtl/>
          <w:szCs w:val="22"/>
        </w:rPr>
        <w:t>• מומלץ לפתוח כל שיעור במיני-שיעור קצר על ההסבר שבראש הפרק, כפי שנעשה בפתיחת מערכי השיעור באתר</w:t>
      </w:r>
    </w:p>
    <w:p>
      <w:pPr>
        <w:bidi/>
        <w:spacing w:after="80"/>
        <w:jc w:val="right"/>
      </w:pPr>
      <w:r>
        <w:rPr>
          <w:rFonts w:ascii="Arial" w:hAnsi="Arial" w:cs="Arial" w:eastAsia="Arial"/>
          <w:lang w:val="he-IL" w:bidi="he-IL"/>
          <w:sz w:val="22"/>
          <w:rtl/>
          <w:szCs w:val="22"/>
        </w:rPr>
        <w:t>• לתלמידים עולים אפשר לצמצם את כמות התרגילים בכל פרק ולהוסיף דוגמה מתורגמת או מנוקדת לפני הכתיבה העצמאית</w:t>
      </w:r>
    </w:p>
    <w:p>
      <w:pPr>
        <w:bidi/>
        <w:spacing w:after="80"/>
        <w:jc w:val="right"/>
      </w:pPr>
      <w:r>
        <w:rPr>
          <w:rFonts w:ascii="Arial" w:hAnsi="Arial" w:cs="Arial" w:eastAsia="Arial"/>
          <w:lang w:val="he-IL" w:bidi="he-IL"/>
          <w:sz w:val="22"/>
          <w:rtl/>
          <w:szCs w:val="22"/>
        </w:rPr>
        <w:t>• לתלמידי חנ״מ מומלץ לעבוד בזוגות או בליווי מבוגר/ת, ולהתמקד תחילה בתרגילי הזיהוי לפני תרגילי הכתיבה החופשית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חוברת תרגול – מרכזי למידה בלשון (חט״ב)</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עבדו בחוברת לפי סדר הפרקים, פרק אחר פרק, בדיוק כמו תחנות במרכזון. בכל פרק קראו את ההסבר הקצר לפני התרגילים, ואחרי כל תרגיל בדקו את עצמכם לפי המפתח. אם טעיתם בתרגיל – חזרו על ההסבר וננסו שוב לפני המעבר הלאה.</w:t>
      </w:r>
    </w:p>
    <w:p>
      <w:pPr>
        <w:bidi/>
        <w:pStyle w:val="Heading2"/>
        <w:spacing w:after="80"/>
        <w:jc w:val="right"/>
      </w:pPr>
      <w:r>
        <w:rPr>
          <w:rFonts w:ascii="Arial" w:hAnsi="Arial" w:cs="Arial" w:eastAsia="Arial"/>
          <w:lang w:val="he-IL" w:bidi="he-IL"/>
          <w:b/>
          <w:color w:val="E53E3E"/>
          <w:sz w:val="28"/>
          <w:rtl/>
          <w:szCs w:val="28"/>
          <w:bCs/>
        </w:rPr>
        <w:t>1  חלק א׳ – פרק 1 · חלקי הדיבר והתאמה בצירוף – זיהוי חלקי הדיבר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מילה מהצירוף 'גינת הגג הירוקה שלנו' יש שם תואר?</w:t>
      </w:r>
    </w:p>
    <w:p>
      <w:pPr>
        <w:bidi/>
        <w:spacing w:after="20"/>
        <w:jc w:val="right"/>
      </w:pPr>
      <w:r>
        <w:rPr>
          <w:rFonts w:ascii="Arial" w:hAnsi="Arial" w:cs="Arial" w:eastAsia="Arial"/>
          <w:lang w:val="he-IL" w:bidi="he-IL"/>
          <w:sz w:val="24"/>
          <w:rtl/>
          <w:szCs w:val="24"/>
        </w:rPr>
        <w:t xml:space="preserve">      ☐ א. גינת</w:t>
      </w:r>
    </w:p>
    <w:p>
      <w:pPr>
        <w:bidi/>
        <w:spacing w:after="20"/>
        <w:jc w:val="right"/>
      </w:pPr>
      <w:r>
        <w:rPr>
          <w:rFonts w:ascii="Arial" w:hAnsi="Arial" w:cs="Arial" w:eastAsia="Arial"/>
          <w:lang w:val="he-IL" w:bidi="he-IL"/>
          <w:sz w:val="24"/>
          <w:rtl/>
          <w:szCs w:val="24"/>
        </w:rPr>
        <w:t xml:space="preserve">      ☐ ב. הגג</w:t>
      </w:r>
    </w:p>
    <w:p>
      <w:pPr>
        <w:bidi/>
        <w:spacing w:after="20"/>
        <w:jc w:val="right"/>
      </w:pPr>
      <w:r>
        <w:rPr>
          <w:rFonts w:ascii="Arial" w:hAnsi="Arial" w:cs="Arial" w:eastAsia="Arial"/>
          <w:lang w:val="he-IL" w:bidi="he-IL"/>
          <w:sz w:val="24"/>
          <w:rtl/>
          <w:szCs w:val="24"/>
        </w:rPr>
        <w:t xml:space="preserve">      ☐ ג. הירוקה</w:t>
      </w:r>
    </w:p>
    <w:p>
      <w:pPr>
        <w:bidi/>
        <w:spacing w:after="20"/>
        <w:jc w:val="right"/>
      </w:pPr>
      <w:r>
        <w:rPr>
          <w:rFonts w:ascii="Arial" w:hAnsi="Arial" w:cs="Arial" w:eastAsia="Arial"/>
          <w:lang w:val="he-IL" w:bidi="he-IL"/>
          <w:sz w:val="24"/>
          <w:rtl/>
          <w:szCs w:val="24"/>
        </w:rPr>
        <w:t xml:space="preserve">      ☐ ד. שלנו</w:t>
      </w:r>
    </w:p>
    <w:p>
      <w:pPr>
        <w:bidi/>
        <w:spacing w:after="20"/>
        <w:jc w:val="right"/>
      </w:pPr>
      <w:r>
        <w:rPr>
          <w:rFonts w:ascii="Arial" w:hAnsi="Arial" w:cs="Arial" w:eastAsia="Arial"/>
          <w:lang w:val="he-IL" w:bidi="he-IL"/>
          <w:b/>
          <w:sz w:val="24"/>
          <w:rtl/>
          <w:szCs w:val="24"/>
          <w:bCs/>
        </w:rPr>
        <w:t>2. במשפט 'השומר עמד ליד השער בזהירות', מהי מילת היחס?</w:t>
      </w:r>
    </w:p>
    <w:p>
      <w:pPr>
        <w:bidi/>
        <w:spacing w:after="20"/>
        <w:jc w:val="right"/>
      </w:pPr>
      <w:r>
        <w:rPr>
          <w:rFonts w:ascii="Arial" w:hAnsi="Arial" w:cs="Arial" w:eastAsia="Arial"/>
          <w:lang w:val="he-IL" w:bidi="he-IL"/>
          <w:sz w:val="24"/>
          <w:rtl/>
          <w:szCs w:val="24"/>
        </w:rPr>
        <w:t xml:space="preserve">      ☐ א. השומר</w:t>
      </w:r>
    </w:p>
    <w:p>
      <w:pPr>
        <w:bidi/>
        <w:spacing w:after="20"/>
        <w:jc w:val="right"/>
      </w:pPr>
      <w:r>
        <w:rPr>
          <w:rFonts w:ascii="Arial" w:hAnsi="Arial" w:cs="Arial" w:eastAsia="Arial"/>
          <w:lang w:val="he-IL" w:bidi="he-IL"/>
          <w:sz w:val="24"/>
          <w:rtl/>
          <w:szCs w:val="24"/>
        </w:rPr>
        <w:t xml:space="preserve">      ☐ ב. עמד</w:t>
      </w:r>
    </w:p>
    <w:p>
      <w:pPr>
        <w:bidi/>
        <w:spacing w:after="20"/>
        <w:jc w:val="right"/>
      </w:pPr>
      <w:r>
        <w:rPr>
          <w:rFonts w:ascii="Arial" w:hAnsi="Arial" w:cs="Arial" w:eastAsia="Arial"/>
          <w:lang w:val="he-IL" w:bidi="he-IL"/>
          <w:sz w:val="24"/>
          <w:rtl/>
          <w:szCs w:val="24"/>
        </w:rPr>
        <w:t xml:space="preserve">      ☐ ג. ליד</w:t>
      </w:r>
    </w:p>
    <w:p>
      <w:pPr>
        <w:bidi/>
        <w:spacing w:after="20"/>
        <w:jc w:val="right"/>
      </w:pPr>
      <w:r>
        <w:rPr>
          <w:rFonts w:ascii="Arial" w:hAnsi="Arial" w:cs="Arial" w:eastAsia="Arial"/>
          <w:lang w:val="he-IL" w:bidi="he-IL"/>
          <w:sz w:val="24"/>
          <w:rtl/>
          <w:szCs w:val="24"/>
        </w:rPr>
        <w:t xml:space="preserve">      ☐ ד. בזהירות</w:t>
      </w:r>
    </w:p>
    <w:p>
      <w:pPr>
        <w:bidi/>
        <w:spacing w:after="20"/>
        <w:jc w:val="right"/>
      </w:pPr>
      <w:r>
        <w:rPr>
          <w:rFonts w:ascii="Arial" w:hAnsi="Arial" w:cs="Arial" w:eastAsia="Arial"/>
          <w:lang w:val="he-IL" w:bidi="he-IL"/>
          <w:b/>
          <w:sz w:val="24"/>
          <w:rtl/>
          <w:szCs w:val="24"/>
          <w:bCs/>
        </w:rPr>
        <w:t>3. איזו מילה במשפט 'התלמידה החדשה קוראת ספר מעניין' היא פועל?</w:t>
      </w:r>
    </w:p>
    <w:p>
      <w:pPr>
        <w:bidi/>
        <w:spacing w:after="20"/>
        <w:jc w:val="right"/>
      </w:pPr>
      <w:r>
        <w:rPr>
          <w:rFonts w:ascii="Arial" w:hAnsi="Arial" w:cs="Arial" w:eastAsia="Arial"/>
          <w:lang w:val="he-IL" w:bidi="he-IL"/>
          <w:sz w:val="24"/>
          <w:rtl/>
          <w:szCs w:val="24"/>
        </w:rPr>
        <w:t xml:space="preserve">      ☐ א. התלמידה</w:t>
      </w:r>
    </w:p>
    <w:p>
      <w:pPr>
        <w:bidi/>
        <w:spacing w:after="20"/>
        <w:jc w:val="right"/>
      </w:pPr>
      <w:r>
        <w:rPr>
          <w:rFonts w:ascii="Arial" w:hAnsi="Arial" w:cs="Arial" w:eastAsia="Arial"/>
          <w:lang w:val="he-IL" w:bidi="he-IL"/>
          <w:sz w:val="24"/>
          <w:rtl/>
          <w:szCs w:val="24"/>
        </w:rPr>
        <w:t xml:space="preserve">      ☐ ב. החדשה</w:t>
      </w:r>
    </w:p>
    <w:p>
      <w:pPr>
        <w:bidi/>
        <w:spacing w:after="20"/>
        <w:jc w:val="right"/>
      </w:pPr>
      <w:r>
        <w:rPr>
          <w:rFonts w:ascii="Arial" w:hAnsi="Arial" w:cs="Arial" w:eastAsia="Arial"/>
          <w:lang w:val="he-IL" w:bidi="he-IL"/>
          <w:sz w:val="24"/>
          <w:rtl/>
          <w:szCs w:val="24"/>
        </w:rPr>
        <w:t xml:space="preserve">      ☐ ג. קוראת</w:t>
      </w:r>
    </w:p>
    <w:p>
      <w:pPr>
        <w:bidi/>
        <w:spacing w:after="20"/>
        <w:jc w:val="right"/>
      </w:pPr>
      <w:r>
        <w:rPr>
          <w:rFonts w:ascii="Arial" w:hAnsi="Arial" w:cs="Arial" w:eastAsia="Arial"/>
          <w:lang w:val="he-IL" w:bidi="he-IL"/>
          <w:sz w:val="24"/>
          <w:rtl/>
          <w:szCs w:val="24"/>
        </w:rPr>
        <w:t xml:space="preserve">      ☐ ד. מעניין</w:t>
      </w:r>
    </w:p>
    <w:p>
      <w:pPr>
        <w:bidi/>
        <w:spacing w:after="20"/>
        <w:jc w:val="right"/>
      </w:pPr>
      <w:r>
        <w:rPr>
          <w:rFonts w:ascii="Arial" w:hAnsi="Arial" w:cs="Arial" w:eastAsia="Arial"/>
          <w:lang w:val="he-IL" w:bidi="he-IL"/>
          <w:b/>
          <w:sz w:val="24"/>
          <w:rtl/>
          <w:szCs w:val="24"/>
          <w:bCs/>
        </w:rPr>
        <w:t>4. מהו תואר הפועל במשפט 'הילד רץ מהר אל הכיתה'?</w:t>
      </w:r>
    </w:p>
    <w:p>
      <w:pPr>
        <w:bidi/>
        <w:spacing w:after="20"/>
        <w:jc w:val="right"/>
      </w:pPr>
      <w:r>
        <w:rPr>
          <w:rFonts w:ascii="Arial" w:hAnsi="Arial" w:cs="Arial" w:eastAsia="Arial"/>
          <w:lang w:val="he-IL" w:bidi="he-IL"/>
          <w:sz w:val="24"/>
          <w:rtl/>
          <w:szCs w:val="24"/>
        </w:rPr>
        <w:t xml:space="preserve">      ☐ א. הילד</w:t>
      </w:r>
    </w:p>
    <w:p>
      <w:pPr>
        <w:bidi/>
        <w:spacing w:after="20"/>
        <w:jc w:val="right"/>
      </w:pPr>
      <w:r>
        <w:rPr>
          <w:rFonts w:ascii="Arial" w:hAnsi="Arial" w:cs="Arial" w:eastAsia="Arial"/>
          <w:lang w:val="he-IL" w:bidi="he-IL"/>
          <w:sz w:val="24"/>
          <w:rtl/>
          <w:szCs w:val="24"/>
        </w:rPr>
        <w:t xml:space="preserve">      ☐ ב. רץ</w:t>
      </w:r>
    </w:p>
    <w:p>
      <w:pPr>
        <w:bidi/>
        <w:spacing w:after="20"/>
        <w:jc w:val="right"/>
      </w:pPr>
      <w:r>
        <w:rPr>
          <w:rFonts w:ascii="Arial" w:hAnsi="Arial" w:cs="Arial" w:eastAsia="Arial"/>
          <w:lang w:val="he-IL" w:bidi="he-IL"/>
          <w:sz w:val="24"/>
          <w:rtl/>
          <w:szCs w:val="24"/>
        </w:rPr>
        <w:t xml:space="preserve">      ☐ ג. מהר</w:t>
      </w:r>
    </w:p>
    <w:p>
      <w:pPr>
        <w:bidi/>
        <w:spacing w:after="20"/>
        <w:jc w:val="right"/>
      </w:pPr>
      <w:r>
        <w:rPr>
          <w:rFonts w:ascii="Arial" w:hAnsi="Arial" w:cs="Arial" w:eastAsia="Arial"/>
          <w:lang w:val="he-IL" w:bidi="he-IL"/>
          <w:sz w:val="24"/>
          <w:rtl/>
          <w:szCs w:val="24"/>
        </w:rPr>
        <w:t xml:space="preserve">      ☐ ד. הכיתה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חלקי הדיבר והתאמה בצירוף – התאמה במין, במספר וביידוע</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הגינה ה__________ נמצאת על הגג (ירוק).</w:t>
      </w:r>
    </w:p>
    <w:p>
      <w:pPr>
        <w:bidi/>
        <w:spacing w:after="80"/>
        <w:jc w:val="right"/>
      </w:pPr>
      <w:r>
        <w:rPr>
          <w:rFonts w:ascii="Arial" w:hAnsi="Arial" w:cs="Arial" w:eastAsia="Arial"/>
          <w:lang w:val="he-IL" w:bidi="he-IL"/>
          <w:sz w:val="24"/>
          <w:rtl/>
          <w:szCs w:val="24"/>
        </w:rPr>
        <w:t>2. הילדים ה__________ סיימו את המשימה (זריז).</w:t>
      </w:r>
    </w:p>
    <w:p>
      <w:pPr>
        <w:bidi/>
        <w:spacing w:after="80"/>
        <w:jc w:val="right"/>
      </w:pPr>
      <w:r>
        <w:rPr>
          <w:rFonts w:ascii="Arial" w:hAnsi="Arial" w:cs="Arial" w:eastAsia="Arial"/>
          <w:lang w:val="he-IL" w:bidi="he-IL"/>
          <w:sz w:val="24"/>
          <w:rtl/>
          <w:szCs w:val="24"/>
        </w:rPr>
        <w:t>3. השכנות ה__________ עזרו לנו לשאת את הארגזים (אדיב).</w:t>
      </w:r>
    </w:p>
    <w:p>
      <w:pPr>
        <w:bidi/>
        <w:spacing w:after="80"/>
        <w:jc w:val="right"/>
      </w:pPr>
      <w:r>
        <w:rPr>
          <w:rFonts w:ascii="Arial" w:hAnsi="Arial" w:cs="Arial" w:eastAsia="Arial"/>
          <w:lang w:val="he-IL" w:bidi="he-IL"/>
          <w:sz w:val="24"/>
          <w:rtl/>
          <w:szCs w:val="24"/>
        </w:rPr>
        <w:t>4. התלמיד רץ אל הכיתה __________ (מהיר, כתואר הפועל).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חלקי הדיבר והתאמה בצירוף – יצירה וניתוח</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אחד שיש בו שם עצם, שם תואר ופועל, על נושא מבית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צירוף של שם עצם ושם תואר מהיומיום שלכם וכתבו אותו בארבע הצורות: יחיד, יחידה, רבים ורבות (למשל: ילד חכם).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מצאו טעות בהתאמה במשפט: 'הילדות החכם קראו ספר מעניינת' ותקנו אותו.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במשפט אחד למה המילה 'בזהירות' במשפט 'נבנתה בזהירות' היא תואר הפועל ולא שם תואר.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צורת הבינוני: פועל בהווה או שם/תואר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קוראים לצורת הפועל שמתארת מה קורה עכשיו או תמיד?</w:t>
      </w:r>
    </w:p>
    <w:p>
      <w:pPr>
        <w:bidi/>
        <w:spacing w:after="20"/>
        <w:jc w:val="right"/>
      </w:pPr>
      <w:r>
        <w:rPr>
          <w:rFonts w:ascii="Arial" w:hAnsi="Arial" w:cs="Arial" w:eastAsia="Arial"/>
          <w:lang w:val="he-IL" w:bidi="he-IL"/>
          <w:sz w:val="24"/>
          <w:rtl/>
          <w:szCs w:val="24"/>
        </w:rPr>
        <w:t xml:space="preserve">      ☐ א. בינוני</w:t>
      </w:r>
    </w:p>
    <w:p>
      <w:pPr>
        <w:bidi/>
        <w:spacing w:after="20"/>
        <w:jc w:val="right"/>
      </w:pPr>
      <w:r>
        <w:rPr>
          <w:rFonts w:ascii="Arial" w:hAnsi="Arial" w:cs="Arial" w:eastAsia="Arial"/>
          <w:lang w:val="he-IL" w:bidi="he-IL"/>
          <w:sz w:val="24"/>
          <w:rtl/>
          <w:szCs w:val="24"/>
        </w:rPr>
        <w:t xml:space="preserve">      ☐ ב. עבר</w:t>
      </w:r>
    </w:p>
    <w:p>
      <w:pPr>
        <w:bidi/>
        <w:spacing w:after="20"/>
        <w:jc w:val="right"/>
      </w:pPr>
      <w:r>
        <w:rPr>
          <w:rFonts w:ascii="Arial" w:hAnsi="Arial" w:cs="Arial" w:eastAsia="Arial"/>
          <w:lang w:val="he-IL" w:bidi="he-IL"/>
          <w:sz w:val="24"/>
          <w:rtl/>
          <w:szCs w:val="24"/>
        </w:rPr>
        <w:t xml:space="preserve">      ☐ ג. עתיד</w:t>
      </w:r>
    </w:p>
    <w:p>
      <w:pPr>
        <w:bidi/>
        <w:spacing w:after="20"/>
        <w:jc w:val="right"/>
      </w:pPr>
      <w:r>
        <w:rPr>
          <w:rFonts w:ascii="Arial" w:hAnsi="Arial" w:cs="Arial" w:eastAsia="Arial"/>
          <w:lang w:val="he-IL" w:bidi="he-IL"/>
          <w:sz w:val="24"/>
          <w:rtl/>
          <w:szCs w:val="24"/>
        </w:rPr>
        <w:t xml:space="preserve">      ☐ ד. ציווי</w:t>
      </w:r>
    </w:p>
    <w:p>
      <w:pPr>
        <w:bidi/>
        <w:spacing w:after="20"/>
        <w:jc w:val="right"/>
      </w:pPr>
      <w:r>
        <w:rPr>
          <w:rFonts w:ascii="Arial" w:hAnsi="Arial" w:cs="Arial" w:eastAsia="Arial"/>
          <w:lang w:val="he-IL" w:bidi="he-IL"/>
          <w:b/>
          <w:sz w:val="24"/>
          <w:rtl/>
          <w:szCs w:val="24"/>
          <w:bCs/>
        </w:rPr>
        <w:t>2. כמה צורות יש לבינוני (יחיד, יחידה, רבים, רבות)?</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3. איזו שאלה עוזרת לזהות שבינוני הוא פועל בהווה?</w:t>
      </w:r>
    </w:p>
    <w:p>
      <w:pPr>
        <w:bidi/>
        <w:spacing w:after="20"/>
        <w:jc w:val="right"/>
      </w:pPr>
      <w:r>
        <w:rPr>
          <w:rFonts w:ascii="Arial" w:hAnsi="Arial" w:cs="Arial" w:eastAsia="Arial"/>
          <w:lang w:val="he-IL" w:bidi="he-IL"/>
          <w:sz w:val="24"/>
          <w:rtl/>
          <w:szCs w:val="24"/>
        </w:rPr>
        <w:t xml:space="preserve">      ☐ א. מה עושה עכשיו או תמיד?</w:t>
      </w:r>
    </w:p>
    <w:p>
      <w:pPr>
        <w:bidi/>
        <w:spacing w:after="20"/>
        <w:jc w:val="right"/>
      </w:pPr>
      <w:r>
        <w:rPr>
          <w:rFonts w:ascii="Arial" w:hAnsi="Arial" w:cs="Arial" w:eastAsia="Arial"/>
          <w:lang w:val="he-IL" w:bidi="he-IL"/>
          <w:sz w:val="24"/>
          <w:rtl/>
          <w:szCs w:val="24"/>
        </w:rPr>
        <w:t xml:space="preserve">      ☐ ב. מי זה?</w:t>
      </w:r>
    </w:p>
    <w:p>
      <w:pPr>
        <w:bidi/>
        <w:spacing w:after="20"/>
        <w:jc w:val="right"/>
      </w:pPr>
      <w:r>
        <w:rPr>
          <w:rFonts w:ascii="Arial" w:hAnsi="Arial" w:cs="Arial" w:eastAsia="Arial"/>
          <w:lang w:val="he-IL" w:bidi="he-IL"/>
          <w:sz w:val="24"/>
          <w:rtl/>
          <w:szCs w:val="24"/>
        </w:rPr>
        <w:t xml:space="preserve">      ☐ ג. איזה צבע?</w:t>
      </w:r>
    </w:p>
    <w:p>
      <w:pPr>
        <w:bidi/>
        <w:spacing w:after="20"/>
        <w:jc w:val="right"/>
      </w:pPr>
      <w:r>
        <w:rPr>
          <w:rFonts w:ascii="Arial" w:hAnsi="Arial" w:cs="Arial" w:eastAsia="Arial"/>
          <w:lang w:val="he-IL" w:bidi="he-IL"/>
          <w:sz w:val="24"/>
          <w:rtl/>
          <w:szCs w:val="24"/>
        </w:rPr>
        <w:t xml:space="preserve">      ☐ ד. כמה יש?</w:t>
      </w:r>
    </w:p>
    <w:p>
      <w:pPr>
        <w:bidi/>
        <w:spacing w:after="20"/>
        <w:jc w:val="right"/>
      </w:pPr>
      <w:r>
        <w:rPr>
          <w:rFonts w:ascii="Arial" w:hAnsi="Arial" w:cs="Arial" w:eastAsia="Arial"/>
          <w:lang w:val="he-IL" w:bidi="he-IL"/>
          <w:b/>
          <w:sz w:val="24"/>
          <w:rtl/>
          <w:szCs w:val="24"/>
          <w:bCs/>
        </w:rPr>
        <w:t>4. איזו שאלה עוזרת לזהות שבינוני הוא שם עצם או תואר?</w:t>
      </w:r>
    </w:p>
    <w:p>
      <w:pPr>
        <w:bidi/>
        <w:spacing w:after="20"/>
        <w:jc w:val="right"/>
      </w:pPr>
      <w:r>
        <w:rPr>
          <w:rFonts w:ascii="Arial" w:hAnsi="Arial" w:cs="Arial" w:eastAsia="Arial"/>
          <w:lang w:val="he-IL" w:bidi="he-IL"/>
          <w:sz w:val="24"/>
          <w:rtl/>
          <w:szCs w:val="24"/>
        </w:rPr>
        <w:t xml:space="preserve">      ☐ א. מה עושה?</w:t>
      </w:r>
    </w:p>
    <w:p>
      <w:pPr>
        <w:bidi/>
        <w:spacing w:after="20"/>
        <w:jc w:val="right"/>
      </w:pPr>
      <w:r>
        <w:rPr>
          <w:rFonts w:ascii="Arial" w:hAnsi="Arial" w:cs="Arial" w:eastAsia="Arial"/>
          <w:lang w:val="he-IL" w:bidi="he-IL"/>
          <w:sz w:val="24"/>
          <w:rtl/>
          <w:szCs w:val="24"/>
        </w:rPr>
        <w:t xml:space="preserve">      ☐ ב. מי? או איזה?</w:t>
      </w:r>
    </w:p>
    <w:p>
      <w:pPr>
        <w:bidi/>
        <w:spacing w:after="20"/>
        <w:jc w:val="right"/>
      </w:pPr>
      <w:r>
        <w:rPr>
          <w:rFonts w:ascii="Arial" w:hAnsi="Arial" w:cs="Arial" w:eastAsia="Arial"/>
          <w:lang w:val="he-IL" w:bidi="he-IL"/>
          <w:sz w:val="24"/>
          <w:rtl/>
          <w:szCs w:val="24"/>
        </w:rPr>
        <w:t xml:space="preserve">      ☐ ג. מתי?</w:t>
      </w:r>
    </w:p>
    <w:p>
      <w:pPr>
        <w:bidi/>
        <w:spacing w:after="20"/>
        <w:jc w:val="right"/>
      </w:pPr>
      <w:r>
        <w:rPr>
          <w:rFonts w:ascii="Arial" w:hAnsi="Arial" w:cs="Arial" w:eastAsia="Arial"/>
          <w:lang w:val="he-IL" w:bidi="he-IL"/>
          <w:sz w:val="24"/>
          <w:rtl/>
          <w:szCs w:val="24"/>
        </w:rPr>
        <w:t xml:space="preserve">      ☐ ד. למה?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צורת הבינוני: פועל בהווה או שם/תואר – זיהוי במשפטים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במשפט 'איתי שומר על אחיו הקטן' המילה 'שומר' היא פועל בהווה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במשפט 'השומר פתח את השער' המילה 'השומר' היא שם עצם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בביטוי 'מים רותחים' המילה 'רותחים' היא פועל בהווה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המילה 'רץ' תמיד תהיה בזמן הווה, בכל משפט שבו היא מופיעה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צורת הבינוני: פועל בהווה או שם/תואר – השלמה והבחנה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המורה __________ את השיעור בקול ברור (פועל בהווה מהשורש סב״ר)</w:t>
      </w:r>
    </w:p>
    <w:p>
      <w:pPr>
        <w:bidi/>
        <w:spacing w:after="80"/>
        <w:jc w:val="right"/>
      </w:pPr>
      <w:r>
        <w:rPr>
          <w:rFonts w:ascii="Arial" w:hAnsi="Arial" w:cs="Arial" w:eastAsia="Arial"/>
          <w:lang w:val="he-IL" w:bidi="he-IL"/>
          <w:sz w:val="24"/>
          <w:rtl/>
          <w:szCs w:val="24"/>
        </w:rPr>
        <w:t>2. עכשיו מאיה __________ במסלול, ולכן כאן הבינוני הוא פועל בהווה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צורת הבינוני: פועל בהווה או שם/תואר – התאמה וכתיבה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דניאל שומר על הצמחים בגינה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שם עצם</w:t>
            </w:r>
          </w:p>
        </w:tc>
      </w:tr>
      <w:tr>
        <w:tc>
          <w:tcPr>
            <w:tcW w:type="dxa" w:w="3969"/>
          </w:tcPr>
          <w:p>
            <w:pPr>
              <w:bidi/>
              <w:jc w:val="right"/>
            </w:pPr>
            <w:r>
              <w:rPr>
                <w:rFonts w:ascii="Arial" w:hAnsi="Arial" w:cs="Arial" w:eastAsia="Arial"/>
                <w:lang w:val="he-IL" w:bidi="he-IL"/>
                <w:sz w:val="24"/>
                <w:rtl/>
                <w:szCs w:val="24"/>
              </w:rPr>
              <w:t>2. השומר בשער חייך אלינו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פועל בהווה</w:t>
            </w:r>
          </w:p>
        </w:tc>
      </w:tr>
      <w:tr>
        <w:tc>
          <w:tcPr>
            <w:tcW w:type="dxa" w:w="3969"/>
          </w:tcPr>
          <w:p>
            <w:pPr>
              <w:bidi/>
              <w:jc w:val="right"/>
            </w:pPr>
            <w:r>
              <w:rPr>
                <w:rFonts w:ascii="Arial" w:hAnsi="Arial" w:cs="Arial" w:eastAsia="Arial"/>
                <w:lang w:val="he-IL" w:bidi="he-IL"/>
                <w:sz w:val="24"/>
                <w:rtl/>
                <w:szCs w:val="24"/>
              </w:rPr>
              <w:t>3. בכוס יש מים רותחים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פועל בהווה</w:t>
            </w:r>
          </w:p>
        </w:tc>
      </w:tr>
      <w:tr>
        <w:tc>
          <w:tcPr>
            <w:tcW w:type="dxa" w:w="3969"/>
          </w:tcPr>
          <w:p>
            <w:pPr>
              <w:bidi/>
              <w:jc w:val="right"/>
            </w:pPr>
            <w:r>
              <w:rPr>
                <w:rFonts w:ascii="Arial" w:hAnsi="Arial" w:cs="Arial" w:eastAsia="Arial"/>
                <w:lang w:val="he-IL" w:bidi="he-IL"/>
                <w:sz w:val="24"/>
                <w:rtl/>
                <w:szCs w:val="24"/>
              </w:rPr>
              <w:t>4. נועה סופרת עד מאה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שם עצם</w:t>
            </w:r>
          </w:p>
        </w:tc>
      </w:tr>
      <w:tr>
        <w:tc>
          <w:tcPr>
            <w:tcW w:type="dxa" w:w="3969"/>
          </w:tcPr>
          <w:p>
            <w:pPr>
              <w:bidi/>
              <w:jc w:val="right"/>
            </w:pPr>
            <w:r>
              <w:rPr>
                <w:rFonts w:ascii="Arial" w:hAnsi="Arial" w:cs="Arial" w:eastAsia="Arial"/>
                <w:lang w:val="he-IL" w:bidi="he-IL"/>
                <w:sz w:val="24"/>
                <w:rtl/>
                <w:szCs w:val="24"/>
              </w:rPr>
              <w:t>5. הסופרת חתמה על הספר שלי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תואר</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סמיכות, שייכות ותואר הפועל – זיהוי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סמיכות?</w:t>
      </w:r>
    </w:p>
    <w:p>
      <w:pPr>
        <w:bidi/>
        <w:spacing w:after="20"/>
        <w:jc w:val="right"/>
      </w:pPr>
      <w:r>
        <w:rPr>
          <w:rFonts w:ascii="Arial" w:hAnsi="Arial" w:cs="Arial" w:eastAsia="Arial"/>
          <w:lang w:val="he-IL" w:bidi="he-IL"/>
          <w:sz w:val="24"/>
          <w:rtl/>
          <w:szCs w:val="24"/>
        </w:rPr>
        <w:t xml:space="preserve">      ☐ א. שני שמות עצם שמתחברים למשמעות אחת, כמו 'גינת הגג'</w:t>
      </w:r>
    </w:p>
    <w:p>
      <w:pPr>
        <w:bidi/>
        <w:spacing w:after="20"/>
        <w:jc w:val="right"/>
      </w:pPr>
      <w:r>
        <w:rPr>
          <w:rFonts w:ascii="Arial" w:hAnsi="Arial" w:cs="Arial" w:eastAsia="Arial"/>
          <w:lang w:val="he-IL" w:bidi="he-IL"/>
          <w:sz w:val="24"/>
          <w:rtl/>
          <w:szCs w:val="24"/>
        </w:rPr>
        <w:t xml:space="preserve">      ☐ ב. מילה שמתארת פועל</w:t>
      </w:r>
    </w:p>
    <w:p>
      <w:pPr>
        <w:bidi/>
        <w:spacing w:after="20"/>
        <w:jc w:val="right"/>
      </w:pPr>
      <w:r>
        <w:rPr>
          <w:rFonts w:ascii="Arial" w:hAnsi="Arial" w:cs="Arial" w:eastAsia="Arial"/>
          <w:lang w:val="he-IL" w:bidi="he-IL"/>
          <w:sz w:val="24"/>
          <w:rtl/>
          <w:szCs w:val="24"/>
        </w:rPr>
        <w:t xml:space="preserve">      ☐ ג. מילה שמביעה שייכות כמו 'שלנו'</w:t>
      </w:r>
    </w:p>
    <w:p>
      <w:pPr>
        <w:bidi/>
        <w:spacing w:after="20"/>
        <w:jc w:val="right"/>
      </w:pPr>
      <w:r>
        <w:rPr>
          <w:rFonts w:ascii="Arial" w:hAnsi="Arial" w:cs="Arial" w:eastAsia="Arial"/>
          <w:lang w:val="he-IL" w:bidi="he-IL"/>
          <w:sz w:val="24"/>
          <w:rtl/>
          <w:szCs w:val="24"/>
        </w:rPr>
        <w:t xml:space="preserve">      ☐ ד. שם תואר שמתאים לשם עצם</w:t>
      </w:r>
    </w:p>
    <w:p>
      <w:pPr>
        <w:bidi/>
        <w:spacing w:after="20"/>
        <w:jc w:val="right"/>
      </w:pPr>
      <w:r>
        <w:rPr>
          <w:rFonts w:ascii="Arial" w:hAnsi="Arial" w:cs="Arial" w:eastAsia="Arial"/>
          <w:lang w:val="he-IL" w:bidi="he-IL"/>
          <w:b/>
          <w:sz w:val="24"/>
          <w:rtl/>
          <w:szCs w:val="24"/>
          <w:bCs/>
        </w:rPr>
        <w:t>2. מהי שייכות?</w:t>
      </w:r>
    </w:p>
    <w:p>
      <w:pPr>
        <w:bidi/>
        <w:spacing w:after="20"/>
        <w:jc w:val="right"/>
      </w:pPr>
      <w:r>
        <w:rPr>
          <w:rFonts w:ascii="Arial" w:hAnsi="Arial" w:cs="Arial" w:eastAsia="Arial"/>
          <w:lang w:val="he-IL" w:bidi="he-IL"/>
          <w:sz w:val="24"/>
          <w:rtl/>
          <w:szCs w:val="24"/>
        </w:rPr>
        <w:t xml:space="preserve">      ☐ א. שם תואר לפני שם עצם</w:t>
      </w:r>
    </w:p>
    <w:p>
      <w:pPr>
        <w:bidi/>
        <w:spacing w:after="20"/>
        <w:jc w:val="right"/>
      </w:pPr>
      <w:r>
        <w:rPr>
          <w:rFonts w:ascii="Arial" w:hAnsi="Arial" w:cs="Arial" w:eastAsia="Arial"/>
          <w:lang w:val="he-IL" w:bidi="he-IL"/>
          <w:sz w:val="24"/>
          <w:rtl/>
          <w:szCs w:val="24"/>
        </w:rPr>
        <w:t xml:space="preserve">      ☐ ב. מילה שאומרת למי שייך משהו, כמו 'שלנו' או 'שלי'</w:t>
      </w:r>
    </w:p>
    <w:p>
      <w:pPr>
        <w:bidi/>
        <w:spacing w:after="20"/>
        <w:jc w:val="right"/>
      </w:pPr>
      <w:r>
        <w:rPr>
          <w:rFonts w:ascii="Arial" w:hAnsi="Arial" w:cs="Arial" w:eastAsia="Arial"/>
          <w:lang w:val="he-IL" w:bidi="he-IL"/>
          <w:sz w:val="24"/>
          <w:rtl/>
          <w:szCs w:val="24"/>
        </w:rPr>
        <w:t xml:space="preserve">      ☐ ג. פועל בזמן עבר</w:t>
      </w:r>
    </w:p>
    <w:p>
      <w:pPr>
        <w:bidi/>
        <w:spacing w:after="20"/>
        <w:jc w:val="right"/>
      </w:pPr>
      <w:r>
        <w:rPr>
          <w:rFonts w:ascii="Arial" w:hAnsi="Arial" w:cs="Arial" w:eastAsia="Arial"/>
          <w:lang w:val="he-IL" w:bidi="he-IL"/>
          <w:sz w:val="24"/>
          <w:rtl/>
          <w:szCs w:val="24"/>
        </w:rPr>
        <w:t xml:space="preserve">      ☐ ד. מילת יחס</w:t>
      </w:r>
    </w:p>
    <w:p>
      <w:pPr>
        <w:bidi/>
        <w:spacing w:after="20"/>
        <w:jc w:val="right"/>
      </w:pPr>
      <w:r>
        <w:rPr>
          <w:rFonts w:ascii="Arial" w:hAnsi="Arial" w:cs="Arial" w:eastAsia="Arial"/>
          <w:lang w:val="he-IL" w:bidi="he-IL"/>
          <w:b/>
          <w:sz w:val="24"/>
          <w:rtl/>
          <w:szCs w:val="24"/>
          <w:bCs/>
        </w:rPr>
        <w:t>3. מהו תואר הפועל?</w:t>
      </w:r>
    </w:p>
    <w:p>
      <w:pPr>
        <w:bidi/>
        <w:spacing w:after="20"/>
        <w:jc w:val="right"/>
      </w:pPr>
      <w:r>
        <w:rPr>
          <w:rFonts w:ascii="Arial" w:hAnsi="Arial" w:cs="Arial" w:eastAsia="Arial"/>
          <w:lang w:val="he-IL" w:bidi="he-IL"/>
          <w:sz w:val="24"/>
          <w:rtl/>
          <w:szCs w:val="24"/>
        </w:rPr>
        <w:t xml:space="preserve">      ☐ א. מילה שמתארת שם עצם</w:t>
      </w:r>
    </w:p>
    <w:p>
      <w:pPr>
        <w:bidi/>
        <w:spacing w:after="20"/>
        <w:jc w:val="right"/>
      </w:pPr>
      <w:r>
        <w:rPr>
          <w:rFonts w:ascii="Arial" w:hAnsi="Arial" w:cs="Arial" w:eastAsia="Arial"/>
          <w:lang w:val="he-IL" w:bidi="he-IL"/>
          <w:sz w:val="24"/>
          <w:rtl/>
          <w:szCs w:val="24"/>
        </w:rPr>
        <w:t xml:space="preserve">      ☐ ב. מילה שמתארת איך, מתי או איפה נעשתה הפעולה, כמו 'בזהירות'</w:t>
      </w:r>
    </w:p>
    <w:p>
      <w:pPr>
        <w:bidi/>
        <w:spacing w:after="20"/>
        <w:jc w:val="right"/>
      </w:pPr>
      <w:r>
        <w:rPr>
          <w:rFonts w:ascii="Arial" w:hAnsi="Arial" w:cs="Arial" w:eastAsia="Arial"/>
          <w:lang w:val="he-IL" w:bidi="he-IL"/>
          <w:sz w:val="24"/>
          <w:rtl/>
          <w:szCs w:val="24"/>
        </w:rPr>
        <w:t xml:space="preserve">      ☐ ג. שם של פעולה</w:t>
      </w:r>
    </w:p>
    <w:p>
      <w:pPr>
        <w:bidi/>
        <w:spacing w:after="20"/>
        <w:jc w:val="right"/>
      </w:pPr>
      <w:r>
        <w:rPr>
          <w:rFonts w:ascii="Arial" w:hAnsi="Arial" w:cs="Arial" w:eastAsia="Arial"/>
          <w:lang w:val="he-IL" w:bidi="he-IL"/>
          <w:sz w:val="24"/>
          <w:rtl/>
          <w:szCs w:val="24"/>
        </w:rPr>
        <w:t xml:space="preserve">      ☐ ד. מילה שמחברת שני משפטים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סמיכות, שייכות ותואר הפועל – איתור בצירופים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בצירוף 'גינת הגג' יש סמיכות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'בזהירות' במשפט הפתיחה היא שם עצם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המילה 'שלנו' במשפט הפתיחה מבטאת שייכות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סמיכות, שייכות ותואר הפועל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חדר ה__________ היה נקי ומסודר אחרי הארוחה</w:t>
      </w:r>
    </w:p>
    <w:p>
      <w:pPr>
        <w:bidi/>
        <w:spacing w:after="80"/>
        <w:jc w:val="right"/>
      </w:pPr>
      <w:r>
        <w:rPr>
          <w:rFonts w:ascii="Arial" w:hAnsi="Arial" w:cs="Arial" w:eastAsia="Arial"/>
          <w:lang w:val="he-IL" w:bidi="he-IL"/>
          <w:sz w:val="24"/>
          <w:rtl/>
          <w:szCs w:val="24"/>
        </w:rPr>
        <w:t>2. דלת ה__________ נפתחה לאט בבוקר</w:t>
      </w:r>
    </w:p>
    <w:p>
      <w:pPr>
        <w:bidi/>
        <w:spacing w:after="80"/>
        <w:jc w:val="right"/>
      </w:pPr>
      <w:r>
        <w:rPr>
          <w:rFonts w:ascii="Arial" w:hAnsi="Arial" w:cs="Arial" w:eastAsia="Arial"/>
          <w:lang w:val="he-IL" w:bidi="he-IL"/>
          <w:sz w:val="24"/>
          <w:rtl/>
          <w:szCs w:val="24"/>
        </w:rPr>
        <w:t>3. הילדה רצה __________ כדי להגיע בזמן (תארו איך רצה)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סמיכות, שייכות ותואר הפועל – חיבור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גינת הגג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פועל</w:t>
            </w:r>
          </w:p>
        </w:tc>
      </w:tr>
      <w:tr>
        <w:tc>
          <w:tcPr>
            <w:tcW w:type="dxa" w:w="3969"/>
          </w:tcPr>
          <w:p>
            <w:pPr>
              <w:bidi/>
              <w:jc w:val="right"/>
            </w:pPr>
            <w:r>
              <w:rPr>
                <w:rFonts w:ascii="Arial" w:hAnsi="Arial" w:cs="Arial" w:eastAsia="Arial"/>
                <w:lang w:val="he-IL" w:bidi="he-IL"/>
                <w:sz w:val="24"/>
                <w:rtl/>
                <w:szCs w:val="24"/>
              </w:rPr>
              <w:t>2. שלנו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תואר לשם עצם</w:t>
            </w:r>
          </w:p>
        </w:tc>
      </w:tr>
      <w:tr>
        <w:tc>
          <w:tcPr>
            <w:tcW w:type="dxa" w:w="3969"/>
          </w:tcPr>
          <w:p>
            <w:pPr>
              <w:bidi/>
              <w:jc w:val="right"/>
            </w:pPr>
            <w:r>
              <w:rPr>
                <w:rFonts w:ascii="Arial" w:hAnsi="Arial" w:cs="Arial" w:eastAsia="Arial"/>
                <w:lang w:val="he-IL" w:bidi="he-IL"/>
                <w:sz w:val="24"/>
                <w:rtl/>
                <w:szCs w:val="24"/>
              </w:rPr>
              <w:t>3. הירוקה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תואר הפועל</w:t>
            </w:r>
          </w:p>
        </w:tc>
      </w:tr>
      <w:tr>
        <w:tc>
          <w:tcPr>
            <w:tcW w:type="dxa" w:w="3969"/>
          </w:tcPr>
          <w:p>
            <w:pPr>
              <w:bidi/>
              <w:jc w:val="right"/>
            </w:pPr>
            <w:r>
              <w:rPr>
                <w:rFonts w:ascii="Arial" w:hAnsi="Arial" w:cs="Arial" w:eastAsia="Arial"/>
                <w:lang w:val="he-IL" w:bidi="he-IL"/>
                <w:sz w:val="24"/>
                <w:rtl/>
                <w:szCs w:val="24"/>
              </w:rPr>
              <w:t>4. בזהירות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שייכות</w:t>
            </w:r>
          </w:p>
        </w:tc>
      </w:tr>
      <w:tr>
        <w:tc>
          <w:tcPr>
            <w:tcW w:type="dxa" w:w="3969"/>
          </w:tcPr>
          <w:p>
            <w:pPr>
              <w:bidi/>
              <w:jc w:val="right"/>
            </w:pPr>
            <w:r>
              <w:rPr>
                <w:rFonts w:ascii="Arial" w:hAnsi="Arial" w:cs="Arial" w:eastAsia="Arial"/>
                <w:lang w:val="he-IL" w:bidi="he-IL"/>
                <w:sz w:val="24"/>
                <w:rtl/>
                <w:szCs w:val="24"/>
              </w:rPr>
              <w:t>5. נבנתה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סמיכות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שם הפועל, שם הפעולה ותצורת השם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הצורה הנקראת 'שם הפועל'?</w:t>
      </w:r>
    </w:p>
    <w:p>
      <w:pPr>
        <w:bidi/>
        <w:spacing w:after="20"/>
        <w:jc w:val="right"/>
      </w:pPr>
      <w:r>
        <w:rPr>
          <w:rFonts w:ascii="Arial" w:hAnsi="Arial" w:cs="Arial" w:eastAsia="Arial"/>
          <w:lang w:val="he-IL" w:bidi="he-IL"/>
          <w:sz w:val="24"/>
          <w:rtl/>
          <w:szCs w:val="24"/>
        </w:rPr>
        <w:t xml:space="preserve">      ☐ א. ללכת</w:t>
      </w:r>
    </w:p>
    <w:p>
      <w:pPr>
        <w:bidi/>
        <w:spacing w:after="20"/>
        <w:jc w:val="right"/>
      </w:pPr>
      <w:r>
        <w:rPr>
          <w:rFonts w:ascii="Arial" w:hAnsi="Arial" w:cs="Arial" w:eastAsia="Arial"/>
          <w:lang w:val="he-IL" w:bidi="he-IL"/>
          <w:sz w:val="24"/>
          <w:rtl/>
          <w:szCs w:val="24"/>
        </w:rPr>
        <w:t xml:space="preserve">      ☐ ב. הליכה</w:t>
      </w:r>
    </w:p>
    <w:p>
      <w:pPr>
        <w:bidi/>
        <w:spacing w:after="20"/>
        <w:jc w:val="right"/>
      </w:pPr>
      <w:r>
        <w:rPr>
          <w:rFonts w:ascii="Arial" w:hAnsi="Arial" w:cs="Arial" w:eastAsia="Arial"/>
          <w:lang w:val="he-IL" w:bidi="he-IL"/>
          <w:sz w:val="24"/>
          <w:rtl/>
          <w:szCs w:val="24"/>
        </w:rPr>
        <w:t xml:space="preserve">      ☐ ג. הולך</w:t>
      </w:r>
    </w:p>
    <w:p>
      <w:pPr>
        <w:bidi/>
        <w:spacing w:after="20"/>
        <w:jc w:val="right"/>
      </w:pPr>
      <w:r>
        <w:rPr>
          <w:rFonts w:ascii="Arial" w:hAnsi="Arial" w:cs="Arial" w:eastAsia="Arial"/>
          <w:lang w:val="he-IL" w:bidi="he-IL"/>
          <w:sz w:val="24"/>
          <w:rtl/>
          <w:szCs w:val="24"/>
        </w:rPr>
        <w:t xml:space="preserve">      ☐ ד. הלך</w:t>
      </w:r>
    </w:p>
    <w:p>
      <w:pPr>
        <w:bidi/>
        <w:spacing w:after="20"/>
        <w:jc w:val="right"/>
      </w:pPr>
      <w:r>
        <w:rPr>
          <w:rFonts w:ascii="Arial" w:hAnsi="Arial" w:cs="Arial" w:eastAsia="Arial"/>
          <w:lang w:val="he-IL" w:bidi="he-IL"/>
          <w:b/>
          <w:sz w:val="24"/>
          <w:rtl/>
          <w:szCs w:val="24"/>
          <w:bCs/>
        </w:rPr>
        <w:t>2. מהי הצורה הנקראת 'שם הפעולה'?</w:t>
      </w:r>
    </w:p>
    <w:p>
      <w:pPr>
        <w:bidi/>
        <w:spacing w:after="20"/>
        <w:jc w:val="right"/>
      </w:pPr>
      <w:r>
        <w:rPr>
          <w:rFonts w:ascii="Arial" w:hAnsi="Arial" w:cs="Arial" w:eastAsia="Arial"/>
          <w:lang w:val="he-IL" w:bidi="he-IL"/>
          <w:sz w:val="24"/>
          <w:rtl/>
          <w:szCs w:val="24"/>
        </w:rPr>
        <w:t xml:space="preserve">      ☐ א. לרוץ</w:t>
      </w:r>
    </w:p>
    <w:p>
      <w:pPr>
        <w:bidi/>
        <w:spacing w:after="20"/>
        <w:jc w:val="right"/>
      </w:pPr>
      <w:r>
        <w:rPr>
          <w:rFonts w:ascii="Arial" w:hAnsi="Arial" w:cs="Arial" w:eastAsia="Arial"/>
          <w:lang w:val="he-IL" w:bidi="he-IL"/>
          <w:sz w:val="24"/>
          <w:rtl/>
          <w:szCs w:val="24"/>
        </w:rPr>
        <w:t xml:space="preserve">      ☐ ב. ריצה</w:t>
      </w:r>
    </w:p>
    <w:p>
      <w:pPr>
        <w:bidi/>
        <w:spacing w:after="20"/>
        <w:jc w:val="right"/>
      </w:pPr>
      <w:r>
        <w:rPr>
          <w:rFonts w:ascii="Arial" w:hAnsi="Arial" w:cs="Arial" w:eastAsia="Arial"/>
          <w:lang w:val="he-IL" w:bidi="he-IL"/>
          <w:sz w:val="24"/>
          <w:rtl/>
          <w:szCs w:val="24"/>
        </w:rPr>
        <w:t xml:space="preserve">      ☐ ג. רץ</w:t>
      </w:r>
    </w:p>
    <w:p>
      <w:pPr>
        <w:bidi/>
        <w:spacing w:after="20"/>
        <w:jc w:val="right"/>
      </w:pPr>
      <w:r>
        <w:rPr>
          <w:rFonts w:ascii="Arial" w:hAnsi="Arial" w:cs="Arial" w:eastAsia="Arial"/>
          <w:lang w:val="he-IL" w:bidi="he-IL"/>
          <w:sz w:val="24"/>
          <w:rtl/>
          <w:szCs w:val="24"/>
        </w:rPr>
        <w:t xml:space="preserve">      ☐ ד. ירוץ</w:t>
      </w:r>
    </w:p>
    <w:p>
      <w:pPr>
        <w:bidi/>
        <w:spacing w:after="20"/>
        <w:jc w:val="right"/>
      </w:pPr>
      <w:r>
        <w:rPr>
          <w:rFonts w:ascii="Arial" w:hAnsi="Arial" w:cs="Arial" w:eastAsia="Arial"/>
          <w:lang w:val="he-IL" w:bidi="he-IL"/>
          <w:b/>
          <w:sz w:val="24"/>
          <w:rtl/>
          <w:szCs w:val="24"/>
          <w:bCs/>
        </w:rPr>
        <w:t>3. איזו מהדוגמאות הבאות נוצרה בדרך של הלחם (מיזוג שתי מילים)?</w:t>
      </w:r>
    </w:p>
    <w:p>
      <w:pPr>
        <w:bidi/>
        <w:spacing w:after="20"/>
        <w:jc w:val="right"/>
      </w:pPr>
      <w:r>
        <w:rPr>
          <w:rFonts w:ascii="Arial" w:hAnsi="Arial" w:cs="Arial" w:eastAsia="Arial"/>
          <w:lang w:val="he-IL" w:bidi="he-IL"/>
          <w:sz w:val="24"/>
          <w:rtl/>
          <w:szCs w:val="24"/>
        </w:rPr>
        <w:t xml:space="preserve">      ☐ א. רמזור</w:t>
      </w:r>
    </w:p>
    <w:p>
      <w:pPr>
        <w:bidi/>
        <w:spacing w:after="20"/>
        <w:jc w:val="right"/>
      </w:pPr>
      <w:r>
        <w:rPr>
          <w:rFonts w:ascii="Arial" w:hAnsi="Arial" w:cs="Arial" w:eastAsia="Arial"/>
          <w:lang w:val="he-IL" w:bidi="he-IL"/>
          <w:sz w:val="24"/>
          <w:rtl/>
          <w:szCs w:val="24"/>
        </w:rPr>
        <w:t xml:space="preserve">      ☐ ב. ספר</w:t>
      </w:r>
    </w:p>
    <w:p>
      <w:pPr>
        <w:bidi/>
        <w:spacing w:after="20"/>
        <w:jc w:val="right"/>
      </w:pPr>
      <w:r>
        <w:rPr>
          <w:rFonts w:ascii="Arial" w:hAnsi="Arial" w:cs="Arial" w:eastAsia="Arial"/>
          <w:lang w:val="he-IL" w:bidi="he-IL"/>
          <w:sz w:val="24"/>
          <w:rtl/>
          <w:szCs w:val="24"/>
        </w:rPr>
        <w:t xml:space="preserve">      ☐ ג. כתיבה</w:t>
      </w:r>
    </w:p>
    <w:p>
      <w:pPr>
        <w:bidi/>
        <w:spacing w:after="20"/>
        <w:jc w:val="right"/>
      </w:pPr>
      <w:r>
        <w:rPr>
          <w:rFonts w:ascii="Arial" w:hAnsi="Arial" w:cs="Arial" w:eastAsia="Arial"/>
          <w:lang w:val="he-IL" w:bidi="he-IL"/>
          <w:sz w:val="24"/>
          <w:rtl/>
          <w:szCs w:val="24"/>
        </w:rPr>
        <w:t xml:space="preserve">      ☐ ד. ראשון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שם הפועל, שם הפעולה ותצורת השם – המרה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שם הפועל של המילה 'כתיבה' הוא __________</w:t>
      </w:r>
    </w:p>
    <w:p>
      <w:pPr>
        <w:bidi/>
        <w:spacing w:after="80"/>
        <w:jc w:val="right"/>
      </w:pPr>
      <w:r>
        <w:rPr>
          <w:rFonts w:ascii="Arial" w:hAnsi="Arial" w:cs="Arial" w:eastAsia="Arial"/>
          <w:lang w:val="he-IL" w:bidi="he-IL"/>
          <w:sz w:val="24"/>
          <w:rtl/>
          <w:szCs w:val="24"/>
        </w:rPr>
        <w:t>2. שם הפעולה של הפועל 'ללמוד' הוא __________</w:t>
      </w:r>
    </w:p>
    <w:p>
      <w:pPr>
        <w:bidi/>
        <w:spacing w:after="80"/>
        <w:jc w:val="right"/>
      </w:pPr>
      <w:r>
        <w:rPr>
          <w:rFonts w:ascii="Arial" w:hAnsi="Arial" w:cs="Arial" w:eastAsia="Arial"/>
          <w:lang w:val="he-IL" w:bidi="he-IL"/>
          <w:sz w:val="24"/>
          <w:rtl/>
          <w:szCs w:val="24"/>
        </w:rPr>
        <w:t>3. שם הפעולה של הפועל 'לדבר' הוא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שם הפועל, שם הפעולה ותצורת השם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שם הפועל לשם הפעולה, ותנו דוגמה אחת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שם פעולה אחד שנוצר בעזרת צורן סופי, וציינו מהו הצורן שנוסף למילה.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מילה אחת שנוצרה בדרך של הלחם (כמו רמזור או מגדלור) והסבירו משתי מילים היא מורכבת.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משפט אחד שיש בו שם הפועל, ומשפט נוסף עם שם הפעולה המתאים 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שם המספר: מונה וסודר – זיהוי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על איזו שאלה עונה מספר מונה?</w:t>
      </w:r>
    </w:p>
    <w:p>
      <w:pPr>
        <w:bidi/>
        <w:spacing w:after="20"/>
        <w:jc w:val="right"/>
      </w:pPr>
      <w:r>
        <w:rPr>
          <w:rFonts w:ascii="Arial" w:hAnsi="Arial" w:cs="Arial" w:eastAsia="Arial"/>
          <w:lang w:val="he-IL" w:bidi="he-IL"/>
          <w:sz w:val="24"/>
          <w:rtl/>
          <w:szCs w:val="24"/>
        </w:rPr>
        <w:t xml:space="preserve">      ☐ א. איזה במקום?</w:t>
      </w:r>
    </w:p>
    <w:p>
      <w:pPr>
        <w:bidi/>
        <w:spacing w:after="20"/>
        <w:jc w:val="right"/>
      </w:pPr>
      <w:r>
        <w:rPr>
          <w:rFonts w:ascii="Arial" w:hAnsi="Arial" w:cs="Arial" w:eastAsia="Arial"/>
          <w:lang w:val="he-IL" w:bidi="he-IL"/>
          <w:sz w:val="24"/>
          <w:rtl/>
          <w:szCs w:val="24"/>
        </w:rPr>
        <w:t xml:space="preserve">      ☐ ב. כמה?</w:t>
      </w:r>
    </w:p>
    <w:p>
      <w:pPr>
        <w:bidi/>
        <w:spacing w:after="20"/>
        <w:jc w:val="right"/>
      </w:pPr>
      <w:r>
        <w:rPr>
          <w:rFonts w:ascii="Arial" w:hAnsi="Arial" w:cs="Arial" w:eastAsia="Arial"/>
          <w:lang w:val="he-IL" w:bidi="he-IL"/>
          <w:sz w:val="24"/>
          <w:rtl/>
          <w:szCs w:val="24"/>
        </w:rPr>
        <w:t xml:space="preserve">      ☐ ג. איפה?</w:t>
      </w:r>
    </w:p>
    <w:p>
      <w:pPr>
        <w:bidi/>
        <w:spacing w:after="20"/>
        <w:jc w:val="right"/>
      </w:pPr>
      <w:r>
        <w:rPr>
          <w:rFonts w:ascii="Arial" w:hAnsi="Arial" w:cs="Arial" w:eastAsia="Arial"/>
          <w:lang w:val="he-IL" w:bidi="he-IL"/>
          <w:sz w:val="24"/>
          <w:rtl/>
          <w:szCs w:val="24"/>
        </w:rPr>
        <w:t xml:space="preserve">      ☐ ד. מתי?</w:t>
      </w:r>
    </w:p>
    <w:p>
      <w:pPr>
        <w:bidi/>
        <w:spacing w:after="20"/>
        <w:jc w:val="right"/>
      </w:pPr>
      <w:r>
        <w:rPr>
          <w:rFonts w:ascii="Arial" w:hAnsi="Arial" w:cs="Arial" w:eastAsia="Arial"/>
          <w:lang w:val="he-IL" w:bidi="he-IL"/>
          <w:b/>
          <w:sz w:val="24"/>
          <w:rtl/>
          <w:szCs w:val="24"/>
          <w:bCs/>
        </w:rPr>
        <w:t>2. על איזו שאלה עונה מספר סודר?</w:t>
      </w:r>
    </w:p>
    <w:p>
      <w:pPr>
        <w:bidi/>
        <w:spacing w:after="20"/>
        <w:jc w:val="right"/>
      </w:pPr>
      <w:r>
        <w:rPr>
          <w:rFonts w:ascii="Arial" w:hAnsi="Arial" w:cs="Arial" w:eastAsia="Arial"/>
          <w:lang w:val="he-IL" w:bidi="he-IL"/>
          <w:sz w:val="24"/>
          <w:rtl/>
          <w:szCs w:val="24"/>
        </w:rPr>
        <w:t xml:space="preserve">      ☐ א. כמה?</w:t>
      </w:r>
    </w:p>
    <w:p>
      <w:pPr>
        <w:bidi/>
        <w:spacing w:after="20"/>
        <w:jc w:val="right"/>
      </w:pPr>
      <w:r>
        <w:rPr>
          <w:rFonts w:ascii="Arial" w:hAnsi="Arial" w:cs="Arial" w:eastAsia="Arial"/>
          <w:lang w:val="he-IL" w:bidi="he-IL"/>
          <w:sz w:val="24"/>
          <w:rtl/>
          <w:szCs w:val="24"/>
        </w:rPr>
        <w:t xml:space="preserve">      ☐ ב. איזה במקום?</w:t>
      </w:r>
    </w:p>
    <w:p>
      <w:pPr>
        <w:bidi/>
        <w:spacing w:after="20"/>
        <w:jc w:val="right"/>
      </w:pPr>
      <w:r>
        <w:rPr>
          <w:rFonts w:ascii="Arial" w:hAnsi="Arial" w:cs="Arial" w:eastAsia="Arial"/>
          <w:lang w:val="he-IL" w:bidi="he-IL"/>
          <w:sz w:val="24"/>
          <w:rtl/>
          <w:szCs w:val="24"/>
        </w:rPr>
        <w:t xml:space="preserve">      ☐ ג. למה?</w:t>
      </w:r>
    </w:p>
    <w:p>
      <w:pPr>
        <w:bidi/>
        <w:spacing w:after="20"/>
        <w:jc w:val="right"/>
      </w:pPr>
      <w:r>
        <w:rPr>
          <w:rFonts w:ascii="Arial" w:hAnsi="Arial" w:cs="Arial" w:eastAsia="Arial"/>
          <w:lang w:val="he-IL" w:bidi="he-IL"/>
          <w:sz w:val="24"/>
          <w:rtl/>
          <w:szCs w:val="24"/>
        </w:rPr>
        <w:t xml:space="preserve">      ☐ ד. מי?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שם המספר: מונה וסודר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__________ כדורים (5, זכר)</w:t>
      </w:r>
    </w:p>
    <w:p>
      <w:pPr>
        <w:bidi/>
        <w:spacing w:after="80"/>
        <w:jc w:val="right"/>
      </w:pPr>
      <w:r>
        <w:rPr>
          <w:rFonts w:ascii="Arial" w:hAnsi="Arial" w:cs="Arial" w:eastAsia="Arial"/>
          <w:lang w:val="he-IL" w:bidi="he-IL"/>
          <w:sz w:val="24"/>
          <w:rtl/>
          <w:szCs w:val="24"/>
        </w:rPr>
        <w:t>2. __________ מחברות (5, נקבה)</w:t>
      </w:r>
    </w:p>
    <w:p>
      <w:pPr>
        <w:bidi/>
        <w:spacing w:after="80"/>
        <w:jc w:val="right"/>
      </w:pPr>
      <w:r>
        <w:rPr>
          <w:rFonts w:ascii="Arial" w:hAnsi="Arial" w:cs="Arial" w:eastAsia="Arial"/>
          <w:lang w:val="he-IL" w:bidi="he-IL"/>
          <w:sz w:val="24"/>
          <w:rtl/>
          <w:szCs w:val="24"/>
        </w:rPr>
        <w:t>3. __________ עפרונות (לפני שם עצם זכר)</w:t>
      </w:r>
    </w:p>
    <w:p>
      <w:pPr>
        <w:bidi/>
        <w:spacing w:after="80"/>
        <w:jc w:val="right"/>
      </w:pPr>
      <w:r>
        <w:rPr>
          <w:rFonts w:ascii="Arial" w:hAnsi="Arial" w:cs="Arial" w:eastAsia="Arial"/>
          <w:lang w:val="he-IL" w:bidi="he-IL"/>
          <w:sz w:val="24"/>
          <w:rtl/>
          <w:szCs w:val="24"/>
        </w:rPr>
        <w:t>4. __________ בובות (לפני שם עצם נקבה)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שם המספר: מונה וסודר – התאמה בין מספר לשם עצם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שלושה ילדים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מונה בנקבה</w:t>
            </w:r>
          </w:p>
        </w:tc>
      </w:tr>
      <w:tr>
        <w:tc>
          <w:tcPr>
            <w:tcW w:type="dxa" w:w="3969"/>
          </w:tcPr>
          <w:p>
            <w:pPr>
              <w:bidi/>
              <w:jc w:val="right"/>
            </w:pPr>
            <w:r>
              <w:rPr>
                <w:rFonts w:ascii="Arial" w:hAnsi="Arial" w:cs="Arial" w:eastAsia="Arial"/>
                <w:lang w:val="he-IL" w:bidi="he-IL"/>
                <w:sz w:val="24"/>
                <w:rtl/>
                <w:szCs w:val="24"/>
              </w:rPr>
              <w:t>2. שלוש ילדות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סודר בזכר</w:t>
            </w:r>
          </w:p>
        </w:tc>
      </w:tr>
      <w:tr>
        <w:tc>
          <w:tcPr>
            <w:tcW w:type="dxa" w:w="3969"/>
          </w:tcPr>
          <w:p>
            <w:pPr>
              <w:bidi/>
              <w:jc w:val="right"/>
            </w:pPr>
            <w:r>
              <w:rPr>
                <w:rFonts w:ascii="Arial" w:hAnsi="Arial" w:cs="Arial" w:eastAsia="Arial"/>
                <w:lang w:val="he-IL" w:bidi="he-IL"/>
                <w:sz w:val="24"/>
                <w:rtl/>
                <w:szCs w:val="24"/>
              </w:rPr>
              <w:t>3. הילד הראשון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סודר בנקבה</w:t>
            </w:r>
          </w:p>
        </w:tc>
      </w:tr>
      <w:tr>
        <w:tc>
          <w:tcPr>
            <w:tcW w:type="dxa" w:w="3969"/>
          </w:tcPr>
          <w:p>
            <w:pPr>
              <w:bidi/>
              <w:jc w:val="right"/>
            </w:pPr>
            <w:r>
              <w:rPr>
                <w:rFonts w:ascii="Arial" w:hAnsi="Arial" w:cs="Arial" w:eastAsia="Arial"/>
                <w:lang w:val="he-IL" w:bidi="he-IL"/>
                <w:sz w:val="24"/>
                <w:rtl/>
                <w:szCs w:val="24"/>
              </w:rPr>
              <w:t>4. הילדה הראשונה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מונה בזכר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שם המספר: מונה וסודר – יישום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תקנו את הטעות: "חמש ילדים שיחקו בחצר"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עם מספר מונה בזכר ומשפט מקביל באותו מספר בנקבה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מתי אומרים "שני" ומתי "שתי", עם דוגמה אחת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טענה, עובדה ודעה ואמצעים רטוריים – היכרות עם המושגים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עובדה היא משפט שאפשר לבדוק אם הוא נכון או לא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דעה היא משפט שמבטא עמדה אישית, וקשה להוכיח אותו באופן מוחלט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שאלה רטורית נשאלת כדי לקבל מהקהל תשובה מפורטת ומדויקת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טענה היא הרעיון המרכזי שהדובר או הכותבת רוצים לשכנע בו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נימוק הוא פרט שאין לו שום קשר לטענה שמנסים לבסס</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טענה, עובדה ודעה ואמצעים רטוריים – זיהוי בדוגמאות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לא רוצה הפסקה ארוכה יותר?" – איזה אמצעי רטורי זה?</w:t>
      </w:r>
    </w:p>
    <w:p>
      <w:pPr>
        <w:bidi/>
        <w:spacing w:after="20"/>
        <w:jc w:val="right"/>
      </w:pPr>
      <w:r>
        <w:rPr>
          <w:rFonts w:ascii="Arial" w:hAnsi="Arial" w:cs="Arial" w:eastAsia="Arial"/>
          <w:lang w:val="he-IL" w:bidi="he-IL"/>
          <w:sz w:val="24"/>
          <w:rtl/>
          <w:szCs w:val="24"/>
        </w:rPr>
        <w:t xml:space="preserve">      ☐ א. שאלה רטורית</w:t>
      </w:r>
    </w:p>
    <w:p>
      <w:pPr>
        <w:bidi/>
        <w:spacing w:after="20"/>
        <w:jc w:val="right"/>
      </w:pPr>
      <w:r>
        <w:rPr>
          <w:rFonts w:ascii="Arial" w:hAnsi="Arial" w:cs="Arial" w:eastAsia="Arial"/>
          <w:lang w:val="he-IL" w:bidi="he-IL"/>
          <w:sz w:val="24"/>
          <w:rtl/>
          <w:szCs w:val="24"/>
        </w:rPr>
        <w:t xml:space="preserve">      ☐ ב. נתון מספרי מדויק</w:t>
      </w:r>
    </w:p>
    <w:p>
      <w:pPr>
        <w:bidi/>
        <w:spacing w:after="20"/>
        <w:jc w:val="right"/>
      </w:pPr>
      <w:r>
        <w:rPr>
          <w:rFonts w:ascii="Arial" w:hAnsi="Arial" w:cs="Arial" w:eastAsia="Arial"/>
          <w:lang w:val="he-IL" w:bidi="he-IL"/>
          <w:sz w:val="24"/>
          <w:rtl/>
          <w:szCs w:val="24"/>
        </w:rPr>
        <w:t xml:space="preserve">      ☐ ג. ציטוט מספר</w:t>
      </w:r>
    </w:p>
    <w:p>
      <w:pPr>
        <w:bidi/>
        <w:spacing w:after="20"/>
        <w:jc w:val="right"/>
      </w:pPr>
      <w:r>
        <w:rPr>
          <w:rFonts w:ascii="Arial" w:hAnsi="Arial" w:cs="Arial" w:eastAsia="Arial"/>
          <w:lang w:val="he-IL" w:bidi="he-IL"/>
          <w:sz w:val="24"/>
          <w:rtl/>
          <w:szCs w:val="24"/>
        </w:rPr>
        <w:t xml:space="preserve">      ☐ ד. הגדרה מילונית</w:t>
      </w:r>
    </w:p>
    <w:p>
      <w:pPr>
        <w:bidi/>
        <w:spacing w:after="20"/>
        <w:jc w:val="right"/>
      </w:pPr>
      <w:r>
        <w:rPr>
          <w:rFonts w:ascii="Arial" w:hAnsi="Arial" w:cs="Arial" w:eastAsia="Arial"/>
          <w:lang w:val="he-IL" w:bidi="he-IL"/>
          <w:b/>
          <w:sz w:val="24"/>
          <w:rtl/>
          <w:szCs w:val="24"/>
          <w:bCs/>
        </w:rPr>
        <w:t>2. "בבית הספר יש הפסקה של עשר דקות" – זו דוגמה ל:</w:t>
      </w:r>
    </w:p>
    <w:p>
      <w:pPr>
        <w:bidi/>
        <w:spacing w:after="20"/>
        <w:jc w:val="right"/>
      </w:pPr>
      <w:r>
        <w:rPr>
          <w:rFonts w:ascii="Arial" w:hAnsi="Arial" w:cs="Arial" w:eastAsia="Arial"/>
          <w:lang w:val="he-IL" w:bidi="he-IL"/>
          <w:sz w:val="24"/>
          <w:rtl/>
          <w:szCs w:val="24"/>
        </w:rPr>
        <w:t xml:space="preserve">      ☐ א. עובדה</w:t>
      </w:r>
    </w:p>
    <w:p>
      <w:pPr>
        <w:bidi/>
        <w:spacing w:after="20"/>
        <w:jc w:val="right"/>
      </w:pPr>
      <w:r>
        <w:rPr>
          <w:rFonts w:ascii="Arial" w:hAnsi="Arial" w:cs="Arial" w:eastAsia="Arial"/>
          <w:lang w:val="he-IL" w:bidi="he-IL"/>
          <w:sz w:val="24"/>
          <w:rtl/>
          <w:szCs w:val="24"/>
        </w:rPr>
        <w:t xml:space="preserve">      ☐ ב. דעה</w:t>
      </w:r>
    </w:p>
    <w:p>
      <w:pPr>
        <w:bidi/>
        <w:spacing w:after="20"/>
        <w:jc w:val="right"/>
      </w:pPr>
      <w:r>
        <w:rPr>
          <w:rFonts w:ascii="Arial" w:hAnsi="Arial" w:cs="Arial" w:eastAsia="Arial"/>
          <w:lang w:val="he-IL" w:bidi="he-IL"/>
          <w:sz w:val="24"/>
          <w:rtl/>
          <w:szCs w:val="24"/>
        </w:rPr>
        <w:t xml:space="preserve">      ☐ ג. נימוק אישי</w:t>
      </w:r>
    </w:p>
    <w:p>
      <w:pPr>
        <w:bidi/>
        <w:spacing w:after="20"/>
        <w:jc w:val="right"/>
      </w:pPr>
      <w:r>
        <w:rPr>
          <w:rFonts w:ascii="Arial" w:hAnsi="Arial" w:cs="Arial" w:eastAsia="Arial"/>
          <w:lang w:val="he-IL" w:bidi="he-IL"/>
          <w:sz w:val="24"/>
          <w:rtl/>
          <w:szCs w:val="24"/>
        </w:rPr>
        <w:t xml:space="preserve">      ☐ ד. אמצעי רטורי</w:t>
      </w:r>
    </w:p>
    <w:p>
      <w:pPr>
        <w:bidi/>
        <w:spacing w:after="20"/>
        <w:jc w:val="right"/>
      </w:pPr>
      <w:r>
        <w:rPr>
          <w:rFonts w:ascii="Arial" w:hAnsi="Arial" w:cs="Arial" w:eastAsia="Arial"/>
          <w:lang w:val="he-IL" w:bidi="he-IL"/>
          <w:b/>
          <w:sz w:val="24"/>
          <w:rtl/>
          <w:szCs w:val="24"/>
          <w:bCs/>
        </w:rPr>
        <w:t>3. "הפסקה ארוכה יותר תשפר את הריכוז של כל התלמידים" – זו בעיקר:</w:t>
      </w:r>
    </w:p>
    <w:p>
      <w:pPr>
        <w:bidi/>
        <w:spacing w:after="20"/>
        <w:jc w:val="right"/>
      </w:pPr>
      <w:r>
        <w:rPr>
          <w:rFonts w:ascii="Arial" w:hAnsi="Arial" w:cs="Arial" w:eastAsia="Arial"/>
          <w:lang w:val="he-IL" w:bidi="he-IL"/>
          <w:sz w:val="24"/>
          <w:rtl/>
          <w:szCs w:val="24"/>
        </w:rPr>
        <w:t xml:space="preserve">      ☐ א. דעה או טענה</w:t>
      </w:r>
    </w:p>
    <w:p>
      <w:pPr>
        <w:bidi/>
        <w:spacing w:after="20"/>
        <w:jc w:val="right"/>
      </w:pPr>
      <w:r>
        <w:rPr>
          <w:rFonts w:ascii="Arial" w:hAnsi="Arial" w:cs="Arial" w:eastAsia="Arial"/>
          <w:lang w:val="he-IL" w:bidi="he-IL"/>
          <w:sz w:val="24"/>
          <w:rtl/>
          <w:szCs w:val="24"/>
        </w:rPr>
        <w:t xml:space="preserve">      ☐ ב. עובדה מוכחת</w:t>
      </w:r>
    </w:p>
    <w:p>
      <w:pPr>
        <w:bidi/>
        <w:spacing w:after="20"/>
        <w:jc w:val="right"/>
      </w:pPr>
      <w:r>
        <w:rPr>
          <w:rFonts w:ascii="Arial" w:hAnsi="Arial" w:cs="Arial" w:eastAsia="Arial"/>
          <w:lang w:val="he-IL" w:bidi="he-IL"/>
          <w:sz w:val="24"/>
          <w:rtl/>
          <w:szCs w:val="24"/>
        </w:rPr>
        <w:t xml:space="preserve">      ☐ ג. הגדרה</w:t>
      </w:r>
    </w:p>
    <w:p>
      <w:pPr>
        <w:bidi/>
        <w:spacing w:after="20"/>
        <w:jc w:val="right"/>
      </w:pPr>
      <w:r>
        <w:rPr>
          <w:rFonts w:ascii="Arial" w:hAnsi="Arial" w:cs="Arial" w:eastAsia="Arial"/>
          <w:lang w:val="he-IL" w:bidi="he-IL"/>
          <w:sz w:val="24"/>
          <w:rtl/>
          <w:szCs w:val="24"/>
        </w:rPr>
        <w:t xml:space="preserve">      ☐ ד. תאריך</w:t>
      </w:r>
    </w:p>
    <w:p>
      <w:pPr>
        <w:bidi/>
        <w:spacing w:after="20"/>
        <w:jc w:val="right"/>
      </w:pPr>
      <w:r>
        <w:rPr>
          <w:rFonts w:ascii="Arial" w:hAnsi="Arial" w:cs="Arial" w:eastAsia="Arial"/>
          <w:lang w:val="he-IL" w:bidi="he-IL"/>
          <w:b/>
          <w:sz w:val="24"/>
          <w:rtl/>
          <w:szCs w:val="24"/>
          <w:bCs/>
        </w:rPr>
        <w:t>4. משפט שמביא סיבה כדי לתמוך בטענה נקרא:</w:t>
      </w:r>
    </w:p>
    <w:p>
      <w:pPr>
        <w:bidi/>
        <w:spacing w:after="20"/>
        <w:jc w:val="right"/>
      </w:pPr>
      <w:r>
        <w:rPr>
          <w:rFonts w:ascii="Arial" w:hAnsi="Arial" w:cs="Arial" w:eastAsia="Arial"/>
          <w:lang w:val="he-IL" w:bidi="he-IL"/>
          <w:sz w:val="24"/>
          <w:rtl/>
          <w:szCs w:val="24"/>
        </w:rPr>
        <w:t xml:space="preserve">      ☐ א. נימוק</w:t>
      </w:r>
    </w:p>
    <w:p>
      <w:pPr>
        <w:bidi/>
        <w:spacing w:after="20"/>
        <w:jc w:val="right"/>
      </w:pPr>
      <w:r>
        <w:rPr>
          <w:rFonts w:ascii="Arial" w:hAnsi="Arial" w:cs="Arial" w:eastAsia="Arial"/>
          <w:lang w:val="he-IL" w:bidi="he-IL"/>
          <w:sz w:val="24"/>
          <w:rtl/>
          <w:szCs w:val="24"/>
        </w:rPr>
        <w:t xml:space="preserve">      ☐ ב. עובדה בלבד</w:t>
      </w:r>
    </w:p>
    <w:p>
      <w:pPr>
        <w:bidi/>
        <w:spacing w:after="20"/>
        <w:jc w:val="right"/>
      </w:pPr>
      <w:r>
        <w:rPr>
          <w:rFonts w:ascii="Arial" w:hAnsi="Arial" w:cs="Arial" w:eastAsia="Arial"/>
          <w:lang w:val="he-IL" w:bidi="he-IL"/>
          <w:sz w:val="24"/>
          <w:rtl/>
          <w:szCs w:val="24"/>
        </w:rPr>
        <w:t xml:space="preserve">      ☐ ג. כותרת</w:t>
      </w:r>
    </w:p>
    <w:p>
      <w:pPr>
        <w:bidi/>
        <w:spacing w:after="20"/>
        <w:jc w:val="right"/>
      </w:pPr>
      <w:r>
        <w:rPr>
          <w:rFonts w:ascii="Arial" w:hAnsi="Arial" w:cs="Arial" w:eastAsia="Arial"/>
          <w:lang w:val="he-IL" w:bidi="he-IL"/>
          <w:sz w:val="24"/>
          <w:rtl/>
          <w:szCs w:val="24"/>
        </w:rPr>
        <w:t xml:space="preserve">      ☐ ד. סיכום</w:t>
      </w:r>
    </w:p>
    <w:p>
      <w:pPr>
        <w:bidi/>
        <w:spacing w:after="20"/>
        <w:jc w:val="right"/>
      </w:pPr>
      <w:r>
        <w:rPr>
          <w:rFonts w:ascii="Arial" w:hAnsi="Arial" w:cs="Arial" w:eastAsia="Arial"/>
          <w:lang w:val="he-IL" w:bidi="he-IL"/>
          <w:b/>
          <w:sz w:val="24"/>
          <w:rtl/>
          <w:szCs w:val="24"/>
          <w:bCs/>
        </w:rPr>
        <w:t>5. "כל התלמידים בעולם רוצים הפסקה ארוכה!" – משפט כזה הוא דוגמה ל:</w:t>
      </w:r>
    </w:p>
    <w:p>
      <w:pPr>
        <w:bidi/>
        <w:spacing w:after="20"/>
        <w:jc w:val="right"/>
      </w:pPr>
      <w:r>
        <w:rPr>
          <w:rFonts w:ascii="Arial" w:hAnsi="Arial" w:cs="Arial" w:eastAsia="Arial"/>
          <w:lang w:val="he-IL" w:bidi="he-IL"/>
          <w:sz w:val="24"/>
          <w:rtl/>
          <w:szCs w:val="24"/>
        </w:rPr>
        <w:t xml:space="preserve">      ☐ א. הגזמה כאמצעי רטורי</w:t>
      </w:r>
    </w:p>
    <w:p>
      <w:pPr>
        <w:bidi/>
        <w:spacing w:after="20"/>
        <w:jc w:val="right"/>
      </w:pPr>
      <w:r>
        <w:rPr>
          <w:rFonts w:ascii="Arial" w:hAnsi="Arial" w:cs="Arial" w:eastAsia="Arial"/>
          <w:lang w:val="he-IL" w:bidi="he-IL"/>
          <w:sz w:val="24"/>
          <w:rtl/>
          <w:szCs w:val="24"/>
        </w:rPr>
        <w:t xml:space="preserve">      ☐ ב. עובדה מדויקת</w:t>
      </w:r>
    </w:p>
    <w:p>
      <w:pPr>
        <w:bidi/>
        <w:spacing w:after="20"/>
        <w:jc w:val="right"/>
      </w:pPr>
      <w:r>
        <w:rPr>
          <w:rFonts w:ascii="Arial" w:hAnsi="Arial" w:cs="Arial" w:eastAsia="Arial"/>
          <w:lang w:val="he-IL" w:bidi="he-IL"/>
          <w:sz w:val="24"/>
          <w:rtl/>
          <w:szCs w:val="24"/>
        </w:rPr>
        <w:t xml:space="preserve">      ☐ ג. נימוק מבוסס נתונים</w:t>
      </w:r>
    </w:p>
    <w:p>
      <w:pPr>
        <w:bidi/>
        <w:spacing w:after="20"/>
        <w:jc w:val="right"/>
      </w:pPr>
      <w:r>
        <w:rPr>
          <w:rFonts w:ascii="Arial" w:hAnsi="Arial" w:cs="Arial" w:eastAsia="Arial"/>
          <w:lang w:val="he-IL" w:bidi="he-IL"/>
          <w:sz w:val="24"/>
          <w:rtl/>
          <w:szCs w:val="24"/>
        </w:rPr>
        <w:t xml:space="preserve">      ☐ ד. ציטוט מדויק</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להסביר למה מילה מסוימת היא שם תואר ולא שם עצם, ולהתאים אותה נכון במשפט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מתי להשתמש במספר מונה ומתי במספר סודר, ולהתאים אותם במין לשם העצם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לזהות בטקסט טענה, נימוק אחד לפחות, ועובדה מול דעה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מרכזי למידה בלשון (חט״ב)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